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27B" w:rsidRPr="00B358F4" w:rsidRDefault="00F33B54" w:rsidP="00754F06">
      <w:pPr>
        <w:pStyle w:val="Balk1"/>
        <w:shd w:val="clear" w:color="auto" w:fill="BFBFBF" w:themeFill="background1" w:themeFillShade="BF"/>
        <w:ind w:left="-709"/>
        <w:rPr>
          <w:color w:val="000000" w:themeColor="text1"/>
          <w:sz w:val="40"/>
        </w:rPr>
      </w:pPr>
      <w:bookmarkStart w:id="0" w:name="_GoBack"/>
      <w:bookmarkEnd w:id="0"/>
      <w:proofErr w:type="spellStart"/>
      <w:r>
        <w:rPr>
          <w:color w:val="000000" w:themeColor="text1"/>
          <w:sz w:val="40"/>
        </w:rPr>
        <w:t>Fotoğraf</w:t>
      </w:r>
      <w:proofErr w:type="spellEnd"/>
      <w:r w:rsidR="00845C15" w:rsidRPr="00B358F4">
        <w:rPr>
          <w:color w:val="000000" w:themeColor="text1"/>
          <w:sz w:val="40"/>
        </w:rPr>
        <w:t xml:space="preserve"> </w:t>
      </w:r>
      <w:proofErr w:type="spellStart"/>
      <w:r w:rsidR="00845C15" w:rsidRPr="00B358F4">
        <w:rPr>
          <w:color w:val="000000" w:themeColor="text1"/>
          <w:sz w:val="40"/>
        </w:rPr>
        <w:t>Başvuru</w:t>
      </w:r>
      <w:proofErr w:type="spellEnd"/>
      <w:r w:rsidR="00845C15" w:rsidRPr="00B358F4">
        <w:rPr>
          <w:color w:val="000000" w:themeColor="text1"/>
          <w:sz w:val="40"/>
        </w:rPr>
        <w:t xml:space="preserve"> </w:t>
      </w:r>
      <w:proofErr w:type="spellStart"/>
      <w:r w:rsidR="00845C15" w:rsidRPr="00B358F4">
        <w:rPr>
          <w:color w:val="000000" w:themeColor="text1"/>
          <w:sz w:val="40"/>
        </w:rPr>
        <w:t>Formu</w:t>
      </w:r>
      <w:proofErr w:type="spellEnd"/>
    </w:p>
    <w:p w:rsidR="00B358F4" w:rsidRDefault="00B358F4"/>
    <w:p w:rsidR="0096527B" w:rsidRDefault="00845C15">
      <w:r>
        <w:t>Ad</w:t>
      </w:r>
      <w:r w:rsidR="00B358F4">
        <w:t>ı</w:t>
      </w:r>
      <w:r>
        <w:t xml:space="preserve"> Soyad</w:t>
      </w:r>
      <w:r w:rsidR="00B358F4">
        <w:t>ı</w:t>
      </w:r>
      <w:r>
        <w:t>:</w:t>
      </w:r>
    </w:p>
    <w:p w:rsidR="0096527B" w:rsidRDefault="00845C15">
      <w:r>
        <w:t>.....................................................</w:t>
      </w:r>
    </w:p>
    <w:p w:rsidR="0096527B" w:rsidRDefault="0096527B" w:rsidP="00754F06">
      <w:pPr>
        <w:ind w:hanging="142"/>
      </w:pPr>
    </w:p>
    <w:p w:rsidR="0096527B" w:rsidRDefault="00845C15">
      <w:r>
        <w:t>Okul Adı ve Sınıf:</w:t>
      </w:r>
    </w:p>
    <w:p w:rsidR="0096527B" w:rsidRDefault="00845C15">
      <w:r>
        <w:t>.....................................................</w:t>
      </w:r>
    </w:p>
    <w:p w:rsidR="0096527B" w:rsidRDefault="0096527B"/>
    <w:p w:rsidR="0096527B" w:rsidRDefault="00845C15">
      <w:r>
        <w:t>İletişim (Telefon / E-posta):</w:t>
      </w:r>
    </w:p>
    <w:p w:rsidR="0096527B" w:rsidRDefault="00845C15">
      <w:r>
        <w:t>.....................................................</w:t>
      </w:r>
    </w:p>
    <w:p w:rsidR="0096527B" w:rsidRDefault="0096527B"/>
    <w:p w:rsidR="0096527B" w:rsidRDefault="00F33B54">
      <w:proofErr w:type="spellStart"/>
      <w:r>
        <w:t>Fotoğraf</w:t>
      </w:r>
      <w:proofErr w:type="spellEnd"/>
      <w:r w:rsidR="00845C15">
        <w:t xml:space="preserve"> </w:t>
      </w:r>
      <w:proofErr w:type="spellStart"/>
      <w:r w:rsidR="00845C15">
        <w:t>Adı</w:t>
      </w:r>
      <w:proofErr w:type="spellEnd"/>
      <w:r w:rsidR="00845C15">
        <w:t>:</w:t>
      </w:r>
    </w:p>
    <w:p w:rsidR="0096527B" w:rsidRDefault="00845C15">
      <w:r>
        <w:t>.....................................................</w:t>
      </w:r>
    </w:p>
    <w:p w:rsidR="00F33B54" w:rsidRDefault="00F33B54"/>
    <w:p w:rsidR="0096527B" w:rsidRDefault="00845C15">
      <w:r>
        <w:br/>
        <w:t>Öğrenci İmza: ______________________</w:t>
      </w:r>
    </w:p>
    <w:p w:rsidR="00B358F4" w:rsidRDefault="00B358F4"/>
    <w:p w:rsidR="00B358F4" w:rsidRDefault="00B358F4" w:rsidP="00B358F4">
      <w:r w:rsidRPr="00B358F4">
        <w:t>Veli/Velayet Sahibi Ad</w:t>
      </w:r>
      <w:r>
        <w:t>ı,</w:t>
      </w:r>
      <w:r w:rsidRPr="00B358F4">
        <w:t xml:space="preserve"> Soyad</w:t>
      </w:r>
      <w:r>
        <w:t>ı</w:t>
      </w:r>
      <w:r w:rsidRPr="00B358F4">
        <w:t xml:space="preserve">, İmza: ______________________ </w:t>
      </w:r>
    </w:p>
    <w:p w:rsidR="00F33B54" w:rsidRDefault="00F33B54" w:rsidP="00B358F4"/>
    <w:p w:rsidR="00F33B54" w:rsidRDefault="00F33B54" w:rsidP="00B358F4"/>
    <w:p w:rsidR="00F33B54" w:rsidRDefault="00F33B54" w:rsidP="00B358F4"/>
    <w:p w:rsidR="00F33B54" w:rsidRDefault="00F33B54" w:rsidP="00B358F4"/>
    <w:p w:rsidR="00F33B54" w:rsidRDefault="00F33B54" w:rsidP="00B358F4"/>
    <w:p w:rsidR="00F33B54" w:rsidRDefault="00F33B54" w:rsidP="00B358F4"/>
    <w:p w:rsidR="00A469AE" w:rsidRPr="00B358F4" w:rsidRDefault="00A469AE" w:rsidP="00B358F4"/>
    <w:p w:rsidR="00754F06" w:rsidRDefault="00F33B54" w:rsidP="00B358F4">
      <w:pPr>
        <w:shd w:val="clear" w:color="auto" w:fill="D9D9D9" w:themeFill="background1" w:themeFillShade="D9"/>
        <w:rPr>
          <w:b/>
        </w:rPr>
      </w:pPr>
      <w:r>
        <w:rPr>
          <w:b/>
        </w:rPr>
        <w:t>Fotoğraf</w:t>
      </w:r>
      <w:r w:rsidR="0090304A">
        <w:rPr>
          <w:b/>
        </w:rPr>
        <w:t xml:space="preserve"> </w:t>
      </w:r>
      <w:r w:rsidR="00B358F4" w:rsidRPr="00B358F4">
        <w:rPr>
          <w:b/>
        </w:rPr>
        <w:t>Çalışmanızın Görselini Bu Alana Yerleştiriniz!</w:t>
      </w:r>
    </w:p>
    <w:p w:rsidR="00A469AE" w:rsidRDefault="00754F06" w:rsidP="00A469AE">
      <w:pPr>
        <w:jc w:val="center"/>
      </w:pPr>
      <w:r>
        <w:rPr>
          <w:noProof/>
          <w:lang w:val="tr-TR" w:eastAsia="tr-TR"/>
        </w:rPr>
        <mc:AlternateContent>
          <mc:Choice Requires="wps">
            <w:drawing>
              <wp:anchor distT="0" distB="0" distL="114300" distR="114300" simplePos="0" relativeHeight="251659264" behindDoc="0" locked="0" layoutInCell="1" allowOverlap="1" wp14:anchorId="1F75C248" wp14:editId="03AAF7DC">
                <wp:simplePos x="0" y="0"/>
                <wp:positionH relativeFrom="column">
                  <wp:posOffset>-990602</wp:posOffset>
                </wp:positionH>
                <wp:positionV relativeFrom="paragraph">
                  <wp:posOffset>935357</wp:posOffset>
                </wp:positionV>
                <wp:extent cx="7200267" cy="5620385"/>
                <wp:effectExtent l="8890" t="0" r="28575" b="28575"/>
                <wp:wrapNone/>
                <wp:docPr id="3" name="Dikdörtgen 3"/>
                <wp:cNvGraphicFramePr/>
                <a:graphic xmlns:a="http://schemas.openxmlformats.org/drawingml/2006/main">
                  <a:graphicData uri="http://schemas.microsoft.com/office/word/2010/wordprocessingShape">
                    <wps:wsp>
                      <wps:cNvSpPr/>
                      <wps:spPr>
                        <a:xfrm rot="5400000">
                          <a:off x="0" y="0"/>
                          <a:ext cx="7200267" cy="56203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9BCEA" id="Dikdörtgen 3" o:spid="_x0000_s1026" style="position:absolute;margin-left:-78pt;margin-top:73.65pt;width:566.95pt;height:442.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" fillcolor="white [3201]" strokecolor="black [3200]" strokeweight="2pt"/>
            </w:pict>
          </mc:Fallback>
        </mc:AlternateContent>
      </w:r>
    </w:p>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Pr="00A469AE" w:rsidRDefault="00A469AE" w:rsidP="00A469AE"/>
    <w:p w:rsidR="00A469AE" w:rsidRDefault="00A469AE" w:rsidP="00A469AE"/>
    <w:p w:rsidR="0096527B" w:rsidRDefault="0096527B" w:rsidP="00A469AE">
      <w:pPr>
        <w:jc w:val="right"/>
      </w:pPr>
    </w:p>
    <w:p w:rsidR="00A469AE" w:rsidRPr="00A469AE" w:rsidRDefault="00A469AE" w:rsidP="00A469AE">
      <w:pPr>
        <w:pStyle w:val="Balk2"/>
        <w:ind w:left="-567"/>
        <w:jc w:val="both"/>
        <w:rPr>
          <w:rFonts w:asciiTheme="minorHAnsi" w:hAnsiTheme="minorHAnsi" w:cstheme="minorHAnsi"/>
          <w:b w:val="0"/>
          <w:color w:val="auto"/>
          <w:sz w:val="20"/>
          <w:szCs w:val="22"/>
          <w:lang w:val="tr-TR"/>
        </w:rPr>
      </w:pPr>
      <w:r w:rsidRPr="00A469AE">
        <w:rPr>
          <w:rFonts w:asciiTheme="minorHAnsi" w:hAnsiTheme="minorHAnsi" w:cstheme="minorHAnsi"/>
          <w:b w:val="0"/>
          <w:color w:val="auto"/>
          <w:sz w:val="20"/>
          <w:szCs w:val="22"/>
          <w:lang w:val="tr-TR"/>
        </w:rPr>
        <w:t>6698 sayılı Kişisel Verilerin Korunması Kanunu (bundan böyle “KVK Kanunu” olarak ifade edilecektir) kapsamında</w:t>
      </w:r>
      <w:r w:rsidRPr="00A469AE">
        <w:rPr>
          <w:rFonts w:asciiTheme="minorHAnsi" w:eastAsiaTheme="minorHAnsi" w:hAnsiTheme="minorHAnsi" w:cstheme="minorHAnsi"/>
          <w:b w:val="0"/>
          <w:color w:val="000000" w:themeColor="text1"/>
          <w:sz w:val="20"/>
          <w:szCs w:val="22"/>
          <w:shd w:val="clear" w:color="auto" w:fill="FFFFFF"/>
          <w:lang w:val="tr-TR"/>
        </w:rPr>
        <w:t xml:space="preserve"> </w:t>
      </w:r>
      <w:r w:rsidRPr="00A469AE">
        <w:rPr>
          <w:rFonts w:asciiTheme="minorHAnsi" w:hAnsiTheme="minorHAnsi" w:cstheme="minorHAnsi"/>
          <w:b w:val="0"/>
          <w:color w:val="auto"/>
          <w:sz w:val="20"/>
          <w:szCs w:val="22"/>
          <w:lang w:val="tr-TR"/>
        </w:rPr>
        <w:t xml:space="preserve">İstanbul Gelişim Üniversitesi (bundan böyle ‘’GELİŞİM’’ olarak ifade edilecektir) </w:t>
      </w:r>
      <w:r w:rsidRPr="00A469AE">
        <w:rPr>
          <w:rFonts w:asciiTheme="minorHAnsi" w:hAnsiTheme="minorHAnsi" w:cstheme="minorHAnsi"/>
          <w:b w:val="0"/>
          <w:color w:val="auto"/>
          <w:sz w:val="20"/>
          <w:szCs w:val="22"/>
          <w:shd w:val="clear" w:color="auto" w:fill="FFFFFF"/>
          <w:lang w:val="tr-TR"/>
        </w:rPr>
        <w:t xml:space="preserve"> </w:t>
      </w:r>
      <w:r w:rsidRPr="00A469AE">
        <w:rPr>
          <w:rFonts w:asciiTheme="minorHAnsi" w:hAnsiTheme="minorHAnsi" w:cstheme="minorHAnsi"/>
          <w:b w:val="0"/>
          <w:color w:val="auto"/>
          <w:sz w:val="20"/>
          <w:szCs w:val="22"/>
          <w:lang w:val="tr-TR"/>
        </w:rPr>
        <w:t xml:space="preserve">olarak, Veri Sorumlusu sıfatıyla, KVK Kanunu kapsamında yer verilen diğer işleme şartlarına uygun olan (örneğin kanunlarda öngörülmesi veya sözleşmenin ifası için gerekli olması) haller haricinde, aşağıda belirtilmiş bulunan kişisel verilerinizin işlenmesi ve/veya aktarılması kapsamında aşağıdaki hususlara ilişkin açık rızanızı talep ediyoruz: </w:t>
      </w:r>
    </w:p>
    <w:p w:rsidR="00A469AE" w:rsidRPr="00A469AE" w:rsidRDefault="00A469AE" w:rsidP="00A469AE">
      <w:pPr>
        <w:rPr>
          <w:rFonts w:cstheme="minorHAnsi"/>
          <w:b/>
          <w:bCs/>
          <w:lang w:val="tr-TR"/>
        </w:rPr>
      </w:pPr>
      <w:r w:rsidRPr="00114BF1">
        <w:rPr>
          <w:rFonts w:cstheme="minorHAnsi"/>
          <w:b/>
          <w:bCs/>
          <w:lang w:val="tr-TR"/>
        </w:rPr>
        <w:t xml:space="preserve">                                                                          AÇIK RIZA BEYANI</w:t>
      </w:r>
    </w:p>
    <w:tbl>
      <w:tblPr>
        <w:tblStyle w:val="TabloKlavuzu"/>
        <w:tblW w:w="10632" w:type="dxa"/>
        <w:tblInd w:w="-572" w:type="dxa"/>
        <w:tblLayout w:type="fixed"/>
        <w:tblLook w:val="04A0" w:firstRow="1" w:lastRow="0" w:firstColumn="1" w:lastColumn="0" w:noHBand="0" w:noVBand="1"/>
      </w:tblPr>
      <w:tblGrid>
        <w:gridCol w:w="10632"/>
      </w:tblGrid>
      <w:tr w:rsidR="00A469AE" w:rsidRPr="00114BF1" w:rsidTr="00AF7BB0">
        <w:trPr>
          <w:trHeight w:val="387"/>
        </w:trPr>
        <w:tc>
          <w:tcPr>
            <w:tcW w:w="10632" w:type="dxa"/>
          </w:tcPr>
          <w:p w:rsidR="00A469AE" w:rsidRPr="00114BF1" w:rsidRDefault="00A469AE" w:rsidP="00AF7BB0">
            <w:pPr>
              <w:shd w:val="clear" w:color="auto" w:fill="FFFFFF"/>
              <w:spacing w:line="276" w:lineRule="auto"/>
              <w:ind w:left="34"/>
              <w:jc w:val="both"/>
              <w:rPr>
                <w:rFonts w:eastAsia="Arial" w:cstheme="minorHAnsi"/>
                <w:b/>
                <w:bCs/>
                <w:lang w:val="tr-TR"/>
              </w:rPr>
            </w:pPr>
            <w:r w:rsidRPr="00114BF1">
              <w:rPr>
                <w:rFonts w:cstheme="minorHAnsi"/>
                <w:lang w:val="tr-TR" w:eastAsia="tr-TR"/>
              </w:rPr>
              <w:t xml:space="preserve">Üniversite tarafından </w:t>
            </w:r>
            <w:r w:rsidRPr="00114BF1">
              <w:rPr>
                <w:rFonts w:eastAsia="Arial" w:cstheme="minorHAnsi"/>
                <w:b/>
                <w:bCs/>
                <w:lang w:val="tr-TR"/>
              </w:rPr>
              <w:t>‘’KVK</w:t>
            </w:r>
            <w:r w:rsidRPr="00114BF1">
              <w:rPr>
                <w:rFonts w:eastAsia="Arial" w:cstheme="minorHAnsi"/>
                <w:lang w:val="tr-TR"/>
              </w:rPr>
              <w:t xml:space="preserve"> </w:t>
            </w:r>
            <w:r w:rsidRPr="00114BF1">
              <w:rPr>
                <w:rFonts w:eastAsia="Arial" w:cstheme="minorHAnsi"/>
                <w:b/>
                <w:bCs/>
                <w:lang w:val="tr-TR"/>
              </w:rPr>
              <w:t xml:space="preserve">Mevzuatı Uyarınca Sanat ve Tasarım Uygulama ve Araştırma Merkezi </w:t>
            </w:r>
            <w:r w:rsidR="00802633">
              <w:rPr>
                <w:rFonts w:eastAsia="Arial" w:cstheme="minorHAnsi"/>
                <w:b/>
                <w:bCs/>
                <w:lang w:val="tr-TR"/>
              </w:rPr>
              <w:t>Fotoğraf - Video</w:t>
            </w:r>
            <w:r w:rsidRPr="00114BF1">
              <w:rPr>
                <w:rFonts w:eastAsia="Arial" w:cstheme="minorHAnsi"/>
                <w:b/>
                <w:bCs/>
                <w:lang w:val="tr-TR"/>
              </w:rPr>
              <w:t xml:space="preserve"> Yarışması Katılımcı Aydınlatma Metni</w:t>
            </w:r>
            <w:r w:rsidRPr="00114BF1">
              <w:rPr>
                <w:rFonts w:eastAsia="Arial" w:cstheme="minorHAnsi"/>
                <w:lang w:val="tr-TR"/>
              </w:rPr>
              <w:t xml:space="preserve">’’ </w:t>
            </w:r>
            <w:r w:rsidRPr="00114BF1">
              <w:rPr>
                <w:rFonts w:cstheme="minorHAnsi"/>
                <w:lang w:val="tr-TR" w:eastAsia="tr-TR"/>
              </w:rPr>
              <w:t>ile bilgilendirildim. İşbu açık rızamı dilediğim zaman geri alabileceğimi, bu durumda talebimi size aydınlatma metninde tarafıma sunulan yollardan biri ile iletebileceğimi biliyorum.</w:t>
            </w:r>
          </w:p>
          <w:p w:rsidR="00A469AE" w:rsidRPr="00114BF1" w:rsidRDefault="00A469AE" w:rsidP="00AF7BB0">
            <w:pPr>
              <w:spacing w:line="276" w:lineRule="auto"/>
              <w:ind w:left="172" w:hanging="172"/>
              <w:jc w:val="both"/>
              <w:rPr>
                <w:rFonts w:eastAsia="Arial" w:cstheme="minorHAnsi"/>
                <w:lang w:val="tr-TR"/>
              </w:rPr>
            </w:pPr>
          </w:p>
          <w:p w:rsidR="00A469AE" w:rsidRPr="00114BF1" w:rsidRDefault="00A469AE" w:rsidP="00A469AE">
            <w:pPr>
              <w:pStyle w:val="ListeParagraf"/>
              <w:numPr>
                <w:ilvl w:val="0"/>
                <w:numId w:val="10"/>
              </w:numPr>
              <w:tabs>
                <w:tab w:val="left" w:pos="600"/>
                <w:tab w:val="left" w:pos="2982"/>
              </w:tabs>
              <w:spacing w:after="160" w:line="276" w:lineRule="auto"/>
              <w:ind w:left="172" w:hanging="142"/>
              <w:jc w:val="both"/>
              <w:rPr>
                <w:rFonts w:cstheme="minorHAnsi"/>
                <w:lang w:eastAsia="tr-TR"/>
              </w:rPr>
            </w:pPr>
            <w:r>
              <w:rPr>
                <w:rFonts w:eastAsia="Times New Roman" w:cstheme="minorHAnsi"/>
                <w:color w:val="000000"/>
                <w:lang w:eastAsia="tr-TR"/>
              </w:rPr>
              <w:t xml:space="preserve">Dereceye girip ödül törenine katılmam durumunda </w:t>
            </w:r>
            <w:proofErr w:type="spellStart"/>
            <w:r w:rsidRPr="00114BF1">
              <w:rPr>
                <w:rFonts w:eastAsia="Times New Roman" w:cstheme="minorHAnsi"/>
                <w:color w:val="000000"/>
                <w:lang w:eastAsia="tr-TR"/>
              </w:rPr>
              <w:t>Ödül</w:t>
            </w:r>
            <w:proofErr w:type="spellEnd"/>
            <w:r w:rsidRPr="00114BF1">
              <w:rPr>
                <w:rFonts w:eastAsia="Times New Roman" w:cstheme="minorHAnsi"/>
                <w:color w:val="000000"/>
                <w:lang w:eastAsia="tr-TR"/>
              </w:rPr>
              <w:t xml:space="preserve"> </w:t>
            </w:r>
            <w:proofErr w:type="spellStart"/>
            <w:r w:rsidRPr="00114BF1">
              <w:rPr>
                <w:rFonts w:eastAsia="Times New Roman" w:cstheme="minorHAnsi"/>
                <w:color w:val="000000"/>
                <w:lang w:eastAsia="tr-TR"/>
              </w:rPr>
              <w:t>töreni</w:t>
            </w:r>
            <w:proofErr w:type="spellEnd"/>
            <w:r w:rsidRPr="00114BF1">
              <w:rPr>
                <w:rFonts w:eastAsia="Times New Roman" w:cstheme="minorHAnsi"/>
                <w:color w:val="000000"/>
                <w:lang w:eastAsia="tr-TR"/>
              </w:rPr>
              <w:t xml:space="preserve"> </w:t>
            </w:r>
            <w:proofErr w:type="spellStart"/>
            <w:r w:rsidRPr="00114BF1">
              <w:rPr>
                <w:rFonts w:eastAsia="Times New Roman" w:cstheme="minorHAnsi"/>
                <w:color w:val="000000"/>
                <w:lang w:eastAsia="tr-TR"/>
              </w:rPr>
              <w:t>sırasında</w:t>
            </w:r>
            <w:proofErr w:type="spellEnd"/>
            <w:r w:rsidRPr="00114BF1">
              <w:rPr>
                <w:rFonts w:eastAsia="Times New Roman" w:cstheme="minorHAnsi"/>
                <w:color w:val="000000"/>
                <w:lang w:eastAsia="tr-TR"/>
              </w:rPr>
              <w:t xml:space="preserve"> </w:t>
            </w:r>
            <w:proofErr w:type="spellStart"/>
            <w:r w:rsidRPr="00114BF1">
              <w:rPr>
                <w:rFonts w:eastAsia="Times New Roman" w:cstheme="minorHAnsi"/>
                <w:color w:val="000000"/>
                <w:lang w:eastAsia="tr-TR"/>
              </w:rPr>
              <w:t>katılımcı</w:t>
            </w:r>
            <w:proofErr w:type="spellEnd"/>
            <w:r w:rsidRPr="00114BF1">
              <w:rPr>
                <w:rFonts w:eastAsia="Times New Roman" w:cstheme="minorHAnsi"/>
                <w:color w:val="000000"/>
                <w:lang w:eastAsia="tr-TR"/>
              </w:rPr>
              <w:t xml:space="preserve"> </w:t>
            </w:r>
            <w:proofErr w:type="spellStart"/>
            <w:r w:rsidRPr="00114BF1">
              <w:rPr>
                <w:rFonts w:eastAsia="Times New Roman" w:cstheme="minorHAnsi"/>
                <w:color w:val="000000"/>
                <w:lang w:eastAsia="tr-TR"/>
              </w:rPr>
              <w:t>olarak</w:t>
            </w:r>
            <w:proofErr w:type="spellEnd"/>
            <w:r w:rsidRPr="00114BF1">
              <w:rPr>
                <w:rFonts w:eastAsia="Times New Roman" w:cstheme="minorHAnsi"/>
                <w:color w:val="000000"/>
                <w:lang w:eastAsia="tr-TR"/>
              </w:rPr>
              <w:t xml:space="preserve"> </w:t>
            </w:r>
            <w:proofErr w:type="spellStart"/>
            <w:r w:rsidR="00802633">
              <w:rPr>
                <w:rFonts w:eastAsia="Times New Roman" w:cstheme="minorHAnsi"/>
                <w:color w:val="000000"/>
                <w:lang w:eastAsia="tr-TR"/>
              </w:rPr>
              <w:t>görevli</w:t>
            </w:r>
            <w:proofErr w:type="spellEnd"/>
            <w:r w:rsidR="00802633">
              <w:rPr>
                <w:rFonts w:eastAsia="Times New Roman" w:cstheme="minorHAnsi"/>
                <w:color w:val="000000"/>
                <w:lang w:eastAsia="tr-TR"/>
              </w:rPr>
              <w:t xml:space="preserve"> </w:t>
            </w:r>
            <w:proofErr w:type="spellStart"/>
            <w:r w:rsidR="00802633">
              <w:rPr>
                <w:rFonts w:eastAsia="Times New Roman" w:cstheme="minorHAnsi"/>
                <w:color w:val="000000"/>
                <w:lang w:eastAsia="tr-TR"/>
              </w:rPr>
              <w:t>personel</w:t>
            </w:r>
            <w:proofErr w:type="spellEnd"/>
            <w:r w:rsidRPr="00114BF1">
              <w:rPr>
                <w:rFonts w:eastAsia="Times New Roman" w:cstheme="minorHAnsi"/>
                <w:color w:val="000000"/>
                <w:lang w:eastAsia="tr-TR"/>
              </w:rPr>
              <w:t xml:space="preserve"> </w:t>
            </w:r>
            <w:proofErr w:type="spellStart"/>
            <w:r w:rsidRPr="00114BF1">
              <w:rPr>
                <w:rFonts w:eastAsia="Times New Roman" w:cstheme="minorHAnsi"/>
                <w:color w:val="000000"/>
                <w:lang w:eastAsia="tr-TR"/>
              </w:rPr>
              <w:t>tarafından</w:t>
            </w:r>
            <w:proofErr w:type="spellEnd"/>
            <w:r w:rsidRPr="00114BF1">
              <w:rPr>
                <w:rFonts w:eastAsia="Times New Roman" w:cstheme="minorHAnsi"/>
                <w:color w:val="000000"/>
                <w:lang w:eastAsia="tr-TR"/>
              </w:rPr>
              <w:t xml:space="preserve"> </w:t>
            </w:r>
            <w:proofErr w:type="spellStart"/>
            <w:r w:rsidRPr="00114BF1">
              <w:rPr>
                <w:rFonts w:eastAsia="Times New Roman" w:cstheme="minorHAnsi"/>
                <w:color w:val="000000"/>
                <w:lang w:eastAsia="tr-TR"/>
              </w:rPr>
              <w:t>yapılacak</w:t>
            </w:r>
            <w:proofErr w:type="spellEnd"/>
            <w:r w:rsidRPr="00114BF1">
              <w:rPr>
                <w:rFonts w:eastAsia="Times New Roman" w:cstheme="minorHAnsi"/>
                <w:color w:val="000000"/>
                <w:lang w:eastAsia="tr-TR"/>
              </w:rPr>
              <w:t xml:space="preserve"> </w:t>
            </w:r>
            <w:proofErr w:type="spellStart"/>
            <w:r w:rsidRPr="00114BF1">
              <w:rPr>
                <w:rFonts w:eastAsia="Times New Roman" w:cstheme="minorHAnsi"/>
                <w:color w:val="000000"/>
                <w:lang w:eastAsia="tr-TR"/>
              </w:rPr>
              <w:t>fotoğraf</w:t>
            </w:r>
            <w:proofErr w:type="spellEnd"/>
            <w:r w:rsidRPr="00114BF1">
              <w:rPr>
                <w:rFonts w:eastAsia="Times New Roman" w:cstheme="minorHAnsi"/>
                <w:color w:val="000000"/>
                <w:lang w:eastAsia="tr-TR"/>
              </w:rPr>
              <w:t xml:space="preserve"> </w:t>
            </w:r>
            <w:proofErr w:type="spellStart"/>
            <w:r w:rsidRPr="00114BF1">
              <w:rPr>
                <w:rFonts w:eastAsia="Times New Roman" w:cstheme="minorHAnsi"/>
                <w:color w:val="000000"/>
                <w:lang w:eastAsia="tr-TR"/>
              </w:rPr>
              <w:t>ve</w:t>
            </w:r>
            <w:proofErr w:type="spellEnd"/>
            <w:r w:rsidRPr="00114BF1">
              <w:rPr>
                <w:rFonts w:eastAsia="Times New Roman" w:cstheme="minorHAnsi"/>
                <w:color w:val="000000"/>
                <w:lang w:eastAsia="tr-TR"/>
              </w:rPr>
              <w:t xml:space="preserve"> video çekimleri ile adım, soyadım ve tarafımca alenileştirilecek diğer kişisel verilerimin tanıtım amacıyla işlenmesine, depolanmasına ve saklanmasına:</w:t>
            </w:r>
          </w:p>
          <w:p w:rsidR="00A469AE" w:rsidRPr="00114BF1" w:rsidRDefault="00A469AE" w:rsidP="00AF7BB0">
            <w:pPr>
              <w:pStyle w:val="ListeParagraf"/>
              <w:tabs>
                <w:tab w:val="left" w:pos="600"/>
                <w:tab w:val="left" w:pos="2982"/>
              </w:tabs>
              <w:spacing w:line="276" w:lineRule="auto"/>
              <w:ind w:left="172"/>
              <w:jc w:val="center"/>
              <w:rPr>
                <w:rFonts w:cstheme="minorHAnsi"/>
                <w:lang w:eastAsia="tr-TR"/>
              </w:rPr>
            </w:pPr>
          </w:p>
          <w:p w:rsidR="00A469AE" w:rsidRPr="00114BF1" w:rsidRDefault="00A469AE" w:rsidP="00AF7BB0">
            <w:pPr>
              <w:pStyle w:val="ListeParagraf"/>
              <w:tabs>
                <w:tab w:val="left" w:pos="600"/>
                <w:tab w:val="left" w:pos="2982"/>
              </w:tabs>
              <w:spacing w:line="276" w:lineRule="auto"/>
              <w:ind w:left="172"/>
              <w:jc w:val="center"/>
              <w:rPr>
                <w:rFonts w:eastAsia="Times New Roman" w:cstheme="minorHAnsi"/>
                <w:color w:val="000000"/>
                <w:lang w:eastAsia="tr-TR"/>
              </w:rPr>
            </w:pPr>
            <w:r w:rsidRPr="00114BF1">
              <w:rPr>
                <w:rFonts w:cstheme="minorHAnsi"/>
                <w:noProof/>
                <w:lang w:val="tr-TR" w:eastAsia="tr-TR"/>
              </w:rPr>
              <mc:AlternateContent>
                <mc:Choice Requires="wps">
                  <w:drawing>
                    <wp:anchor distT="0" distB="0" distL="114300" distR="114300" simplePos="0" relativeHeight="251656704" behindDoc="0" locked="0" layoutInCell="1" allowOverlap="1" wp14:anchorId="7FCB7ED0" wp14:editId="3CCCF74F">
                      <wp:simplePos x="0" y="0"/>
                      <wp:positionH relativeFrom="column">
                        <wp:posOffset>3609340</wp:posOffset>
                      </wp:positionH>
                      <wp:positionV relativeFrom="paragraph">
                        <wp:posOffset>17780</wp:posOffset>
                      </wp:positionV>
                      <wp:extent cx="180975" cy="123825"/>
                      <wp:effectExtent l="0" t="0" r="28575" b="28575"/>
                      <wp:wrapNone/>
                      <wp:docPr id="906643914" name="Dikdörtgen 906643914"/>
                      <wp:cNvGraphicFramePr/>
                      <a:graphic xmlns:a="http://schemas.openxmlformats.org/drawingml/2006/main">
                        <a:graphicData uri="http://schemas.microsoft.com/office/word/2010/wordprocessingShape">
                          <wps:wsp>
                            <wps:cNvSpPr/>
                            <wps:spPr>
                              <a:xfrm>
                                <a:off x="0" y="0"/>
                                <a:ext cx="1809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43DF2" id="Dikdörtgen 906643914" o:spid="_x0000_s1026" style="position:absolute;margin-left:284.2pt;margin-top:1.4pt;width:14.2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" fillcolor="window" strokecolor="windowText" strokeweight="1pt"/>
                  </w:pict>
                </mc:Fallback>
              </mc:AlternateContent>
            </w:r>
            <w:r w:rsidRPr="00114BF1">
              <w:rPr>
                <w:rFonts w:cstheme="minorHAnsi"/>
                <w:noProof/>
                <w:lang w:val="tr-TR" w:eastAsia="tr-TR"/>
              </w:rPr>
              <mc:AlternateContent>
                <mc:Choice Requires="wps">
                  <w:drawing>
                    <wp:anchor distT="0" distB="0" distL="114300" distR="114300" simplePos="0" relativeHeight="251653632" behindDoc="0" locked="0" layoutInCell="1" allowOverlap="1" wp14:anchorId="226DCBC3" wp14:editId="692EB341">
                      <wp:simplePos x="0" y="0"/>
                      <wp:positionH relativeFrom="column">
                        <wp:posOffset>1450975</wp:posOffset>
                      </wp:positionH>
                      <wp:positionV relativeFrom="paragraph">
                        <wp:posOffset>14605</wp:posOffset>
                      </wp:positionV>
                      <wp:extent cx="180975" cy="123825"/>
                      <wp:effectExtent l="0" t="0" r="28575" b="28575"/>
                      <wp:wrapNone/>
                      <wp:docPr id="1110100208" name="Dikdörtgen 1110100208"/>
                      <wp:cNvGraphicFramePr/>
                      <a:graphic xmlns:a="http://schemas.openxmlformats.org/drawingml/2006/main">
                        <a:graphicData uri="http://schemas.microsoft.com/office/word/2010/wordprocessingShape">
                          <wps:wsp>
                            <wps:cNvSpPr/>
                            <wps:spPr>
                              <a:xfrm>
                                <a:off x="0" y="0"/>
                                <a:ext cx="1809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4F43" id="Dikdörtgen 1110100208" o:spid="_x0000_s1026" style="position:absolute;margin-left:114.25pt;margin-top:1.15pt;width:14.25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" fillcolor="window" strokecolor="windowText" strokeweight="1pt"/>
                  </w:pict>
                </mc:Fallback>
              </mc:AlternateContent>
            </w:r>
            <w:r w:rsidRPr="00114BF1">
              <w:rPr>
                <w:rFonts w:eastAsia="Times New Roman" w:cstheme="minorHAnsi"/>
                <w:color w:val="000000"/>
                <w:lang w:eastAsia="tr-TR"/>
              </w:rPr>
              <w:t xml:space="preserve">    Açık rıza veriyorum.                                Açık rıza vermiyorum.</w:t>
            </w:r>
          </w:p>
          <w:p w:rsidR="00A469AE" w:rsidRPr="00114BF1" w:rsidRDefault="00A469AE" w:rsidP="00AF7BB0">
            <w:pPr>
              <w:pStyle w:val="ListeParagraf"/>
              <w:tabs>
                <w:tab w:val="left" w:pos="600"/>
                <w:tab w:val="left" w:pos="2982"/>
              </w:tabs>
              <w:spacing w:line="276" w:lineRule="auto"/>
              <w:ind w:left="172"/>
              <w:jc w:val="both"/>
              <w:rPr>
                <w:rFonts w:eastAsia="Times New Roman" w:cstheme="minorHAnsi"/>
                <w:color w:val="000000"/>
                <w:lang w:eastAsia="tr-TR"/>
              </w:rPr>
            </w:pPr>
          </w:p>
          <w:p w:rsidR="00A469AE" w:rsidRPr="00114BF1" w:rsidRDefault="00A469AE" w:rsidP="00A469AE">
            <w:pPr>
              <w:pStyle w:val="ListeParagraf"/>
              <w:numPr>
                <w:ilvl w:val="0"/>
                <w:numId w:val="10"/>
              </w:numPr>
              <w:tabs>
                <w:tab w:val="left" w:pos="600"/>
                <w:tab w:val="left" w:pos="2982"/>
              </w:tabs>
              <w:spacing w:after="160" w:line="276" w:lineRule="auto"/>
              <w:ind w:left="172" w:hanging="142"/>
              <w:jc w:val="both"/>
              <w:rPr>
                <w:rFonts w:eastAsia="Times New Roman" w:cstheme="minorHAnsi"/>
                <w:color w:val="000000"/>
                <w:lang w:eastAsia="tr-TR"/>
              </w:rPr>
            </w:pPr>
            <w:r w:rsidRPr="00114BF1">
              <w:rPr>
                <w:rFonts w:eastAsia="Times New Roman" w:cstheme="minorHAnsi"/>
                <w:color w:val="000000"/>
                <w:lang w:eastAsia="tr-TR"/>
              </w:rPr>
              <w:t xml:space="preserve">Bahsi geçen kişisel verilerimin tanıtım amacıyla üniversitenizin resmi internet adresi olan </w:t>
            </w:r>
            <w:hyperlink r:id="rId8" w:tgtFrame="_new" w:history="1">
              <w:r w:rsidRPr="00114BF1">
                <w:rPr>
                  <w:rStyle w:val="Kpr"/>
                  <w:rFonts w:eastAsia="Times New Roman" w:cstheme="minorHAnsi"/>
                  <w:b/>
                  <w:bCs/>
                  <w:lang w:eastAsia="tr-TR"/>
                </w:rPr>
                <w:t>www.gelisim.edu.tr</w:t>
              </w:r>
            </w:hyperlink>
            <w:r w:rsidRPr="00114BF1">
              <w:rPr>
                <w:rFonts w:eastAsia="Times New Roman" w:cstheme="minorHAnsi"/>
                <w:color w:val="000000"/>
                <w:lang w:eastAsia="tr-TR"/>
              </w:rPr>
              <w:t xml:space="preserve"> üzerinden yayımlanmasına:</w:t>
            </w:r>
          </w:p>
          <w:p w:rsidR="00A469AE" w:rsidRPr="00114BF1" w:rsidRDefault="00A469AE" w:rsidP="00AF7BB0">
            <w:pPr>
              <w:pStyle w:val="ListeParagraf"/>
              <w:tabs>
                <w:tab w:val="left" w:pos="600"/>
                <w:tab w:val="left" w:pos="2982"/>
              </w:tabs>
              <w:spacing w:line="276" w:lineRule="auto"/>
              <w:ind w:left="172"/>
              <w:jc w:val="both"/>
              <w:rPr>
                <w:rFonts w:eastAsia="Times New Roman" w:cstheme="minorHAnsi"/>
                <w:color w:val="000000"/>
                <w:lang w:eastAsia="tr-TR"/>
              </w:rPr>
            </w:pPr>
          </w:p>
          <w:p w:rsidR="00A469AE" w:rsidRPr="00114BF1" w:rsidRDefault="00A469AE" w:rsidP="00AF7BB0">
            <w:pPr>
              <w:pStyle w:val="ListeParagraf"/>
              <w:tabs>
                <w:tab w:val="left" w:pos="600"/>
                <w:tab w:val="left" w:pos="2982"/>
              </w:tabs>
              <w:spacing w:line="276" w:lineRule="auto"/>
              <w:ind w:left="172"/>
              <w:jc w:val="center"/>
              <w:rPr>
                <w:rFonts w:eastAsia="Times New Roman" w:cstheme="minorHAnsi"/>
                <w:color w:val="000000"/>
                <w:lang w:eastAsia="tr-TR"/>
              </w:rPr>
            </w:pPr>
            <w:r w:rsidRPr="00114BF1">
              <w:rPr>
                <w:rFonts w:cstheme="minorHAnsi"/>
                <w:noProof/>
                <w:lang w:val="tr-TR" w:eastAsia="tr-TR"/>
              </w:rPr>
              <mc:AlternateContent>
                <mc:Choice Requires="wps">
                  <w:drawing>
                    <wp:anchor distT="0" distB="0" distL="114300" distR="114300" simplePos="0" relativeHeight="251662848" behindDoc="0" locked="0" layoutInCell="1" allowOverlap="1" wp14:anchorId="0740BA54" wp14:editId="5938DCAA">
                      <wp:simplePos x="0" y="0"/>
                      <wp:positionH relativeFrom="column">
                        <wp:posOffset>3609340</wp:posOffset>
                      </wp:positionH>
                      <wp:positionV relativeFrom="paragraph">
                        <wp:posOffset>18415</wp:posOffset>
                      </wp:positionV>
                      <wp:extent cx="180975" cy="123825"/>
                      <wp:effectExtent l="0" t="0" r="28575" b="28575"/>
                      <wp:wrapNone/>
                      <wp:docPr id="434777675" name="Dikdörtgen 434777675"/>
                      <wp:cNvGraphicFramePr/>
                      <a:graphic xmlns:a="http://schemas.openxmlformats.org/drawingml/2006/main">
                        <a:graphicData uri="http://schemas.microsoft.com/office/word/2010/wordprocessingShape">
                          <wps:wsp>
                            <wps:cNvSpPr/>
                            <wps:spPr>
                              <a:xfrm>
                                <a:off x="0" y="0"/>
                                <a:ext cx="1809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8F693" id="Dikdörtgen 434777675" o:spid="_x0000_s1026" style="position:absolute;margin-left:284.2pt;margin-top:1.45pt;width:14.25pt;height: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" fillcolor="window" strokecolor="windowText" strokeweight="1pt"/>
                  </w:pict>
                </mc:Fallback>
              </mc:AlternateContent>
            </w:r>
            <w:r w:rsidRPr="00114BF1">
              <w:rPr>
                <w:rFonts w:cstheme="minorHAnsi"/>
                <w:noProof/>
                <w:lang w:val="tr-TR" w:eastAsia="tr-TR"/>
              </w:rPr>
              <mc:AlternateContent>
                <mc:Choice Requires="wps">
                  <w:drawing>
                    <wp:anchor distT="0" distB="0" distL="114300" distR="114300" simplePos="0" relativeHeight="251659776" behindDoc="0" locked="0" layoutInCell="1" allowOverlap="1" wp14:anchorId="3ABE0A38" wp14:editId="279AD83E">
                      <wp:simplePos x="0" y="0"/>
                      <wp:positionH relativeFrom="column">
                        <wp:posOffset>1450975</wp:posOffset>
                      </wp:positionH>
                      <wp:positionV relativeFrom="paragraph">
                        <wp:posOffset>15240</wp:posOffset>
                      </wp:positionV>
                      <wp:extent cx="180975" cy="123825"/>
                      <wp:effectExtent l="0" t="0" r="28575" b="28575"/>
                      <wp:wrapNone/>
                      <wp:docPr id="1968104567" name="Dikdörtgen 1968104567"/>
                      <wp:cNvGraphicFramePr/>
                      <a:graphic xmlns:a="http://schemas.openxmlformats.org/drawingml/2006/main">
                        <a:graphicData uri="http://schemas.microsoft.com/office/word/2010/wordprocessingShape">
                          <wps:wsp>
                            <wps:cNvSpPr/>
                            <wps:spPr>
                              <a:xfrm>
                                <a:off x="0" y="0"/>
                                <a:ext cx="1809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BB8AA" id="Dikdörtgen 1968104567" o:spid="_x0000_s1026" style="position:absolute;margin-left:114.25pt;margin-top:1.2pt;width:14.25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" fillcolor="window" strokecolor="windowText" strokeweight="1pt"/>
                  </w:pict>
                </mc:Fallback>
              </mc:AlternateContent>
            </w:r>
            <w:r w:rsidRPr="00114BF1">
              <w:rPr>
                <w:rFonts w:eastAsia="Times New Roman" w:cstheme="minorHAnsi"/>
                <w:color w:val="000000"/>
                <w:lang w:eastAsia="tr-TR"/>
              </w:rPr>
              <w:t xml:space="preserve">     Açık rıza veriyorum.                                Açık rıza vermiyorum.</w:t>
            </w:r>
          </w:p>
          <w:p w:rsidR="00A469AE" w:rsidRPr="00114BF1" w:rsidRDefault="00A469AE" w:rsidP="00AF7BB0">
            <w:pPr>
              <w:tabs>
                <w:tab w:val="left" w:pos="600"/>
                <w:tab w:val="left" w:pos="2982"/>
              </w:tabs>
              <w:spacing w:line="276" w:lineRule="auto"/>
              <w:jc w:val="both"/>
              <w:rPr>
                <w:rFonts w:cstheme="minorHAnsi"/>
                <w:lang w:eastAsia="tr-TR"/>
              </w:rPr>
            </w:pPr>
          </w:p>
          <w:p w:rsidR="00A469AE" w:rsidRPr="00114BF1" w:rsidRDefault="00A469AE" w:rsidP="00A469AE">
            <w:pPr>
              <w:pStyle w:val="ListeParagraf"/>
              <w:numPr>
                <w:ilvl w:val="0"/>
                <w:numId w:val="10"/>
              </w:numPr>
              <w:tabs>
                <w:tab w:val="left" w:pos="178"/>
                <w:tab w:val="left" w:pos="2982"/>
              </w:tabs>
              <w:spacing w:after="160" w:line="276" w:lineRule="auto"/>
              <w:ind w:left="178" w:hanging="142"/>
              <w:jc w:val="both"/>
              <w:rPr>
                <w:rFonts w:eastAsia="Times New Roman" w:cstheme="minorHAnsi"/>
                <w:color w:val="000000"/>
                <w:lang w:eastAsia="tr-TR"/>
              </w:rPr>
            </w:pPr>
            <w:r w:rsidRPr="00114BF1">
              <w:rPr>
                <w:rFonts w:eastAsia="Times New Roman" w:cstheme="minorHAnsi"/>
                <w:color w:val="000000"/>
                <w:lang w:eastAsia="tr-TR"/>
              </w:rPr>
              <w:t>Bahsi geçen kişisel verilerimin tanıtım amacıyla sunucuları yurt dışında bulunan sosyal medya platformları (Instagram, YouTube vb.) üzerinden yayımlanmasına, paylaşılmasına ve bu yolla yurt dışına aktarılmasına:</w:t>
            </w:r>
          </w:p>
          <w:p w:rsidR="00A469AE" w:rsidRPr="00114BF1" w:rsidRDefault="00A469AE" w:rsidP="00AF7BB0">
            <w:pPr>
              <w:pStyle w:val="ListeParagraf"/>
              <w:tabs>
                <w:tab w:val="left" w:pos="178"/>
                <w:tab w:val="left" w:pos="2982"/>
              </w:tabs>
              <w:spacing w:line="276" w:lineRule="auto"/>
              <w:ind w:left="178"/>
              <w:jc w:val="both"/>
              <w:rPr>
                <w:rFonts w:eastAsia="Times New Roman" w:cstheme="minorHAnsi"/>
                <w:color w:val="000000"/>
                <w:lang w:eastAsia="tr-TR"/>
              </w:rPr>
            </w:pPr>
          </w:p>
          <w:p w:rsidR="00A469AE" w:rsidRPr="00114BF1" w:rsidRDefault="00A469AE" w:rsidP="00AF7BB0">
            <w:pPr>
              <w:pStyle w:val="ListeParagraf"/>
              <w:tabs>
                <w:tab w:val="left" w:pos="600"/>
                <w:tab w:val="left" w:pos="2982"/>
              </w:tabs>
              <w:spacing w:line="276" w:lineRule="auto"/>
              <w:ind w:left="172"/>
              <w:jc w:val="center"/>
              <w:rPr>
                <w:rFonts w:eastAsia="Times New Roman" w:cstheme="minorHAnsi"/>
                <w:color w:val="000000"/>
                <w:lang w:eastAsia="tr-TR"/>
              </w:rPr>
            </w:pPr>
            <w:r w:rsidRPr="00114BF1">
              <w:rPr>
                <w:rFonts w:cstheme="minorHAnsi"/>
                <w:noProof/>
                <w:lang w:val="tr-TR" w:eastAsia="tr-TR"/>
              </w:rPr>
              <mc:AlternateContent>
                <mc:Choice Requires="wps">
                  <w:drawing>
                    <wp:anchor distT="0" distB="0" distL="114300" distR="114300" simplePos="0" relativeHeight="251668992" behindDoc="0" locked="0" layoutInCell="1" allowOverlap="1" wp14:anchorId="50F1AD5D" wp14:editId="6294B2F5">
                      <wp:simplePos x="0" y="0"/>
                      <wp:positionH relativeFrom="column">
                        <wp:posOffset>3637915</wp:posOffset>
                      </wp:positionH>
                      <wp:positionV relativeFrom="paragraph">
                        <wp:posOffset>18415</wp:posOffset>
                      </wp:positionV>
                      <wp:extent cx="180975" cy="123825"/>
                      <wp:effectExtent l="0" t="0" r="28575" b="28575"/>
                      <wp:wrapNone/>
                      <wp:docPr id="1830518240" name="Dikdörtgen 1830518240"/>
                      <wp:cNvGraphicFramePr/>
                      <a:graphic xmlns:a="http://schemas.openxmlformats.org/drawingml/2006/main">
                        <a:graphicData uri="http://schemas.microsoft.com/office/word/2010/wordprocessingShape">
                          <wps:wsp>
                            <wps:cNvSpPr/>
                            <wps:spPr>
                              <a:xfrm>
                                <a:off x="0" y="0"/>
                                <a:ext cx="1809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37157" id="Dikdörtgen 1830518240" o:spid="_x0000_s1026" style="position:absolute;margin-left:286.45pt;margin-top:1.45pt;width:14.25pt;height: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" fillcolor="window" strokecolor="windowText" strokeweight="1pt"/>
                  </w:pict>
                </mc:Fallback>
              </mc:AlternateContent>
            </w:r>
            <w:r w:rsidRPr="00114BF1">
              <w:rPr>
                <w:rFonts w:cstheme="minorHAnsi"/>
                <w:noProof/>
                <w:lang w:val="tr-TR" w:eastAsia="tr-TR"/>
              </w:rPr>
              <mc:AlternateContent>
                <mc:Choice Requires="wps">
                  <w:drawing>
                    <wp:anchor distT="0" distB="0" distL="114300" distR="114300" simplePos="0" relativeHeight="251665920" behindDoc="0" locked="0" layoutInCell="1" allowOverlap="1" wp14:anchorId="15851AEC" wp14:editId="2E668084">
                      <wp:simplePos x="0" y="0"/>
                      <wp:positionH relativeFrom="column">
                        <wp:posOffset>1450975</wp:posOffset>
                      </wp:positionH>
                      <wp:positionV relativeFrom="paragraph">
                        <wp:posOffset>15240</wp:posOffset>
                      </wp:positionV>
                      <wp:extent cx="180975" cy="123825"/>
                      <wp:effectExtent l="0" t="0" r="28575" b="28575"/>
                      <wp:wrapNone/>
                      <wp:docPr id="1999734972" name="Dikdörtgen 1999734972"/>
                      <wp:cNvGraphicFramePr/>
                      <a:graphic xmlns:a="http://schemas.openxmlformats.org/drawingml/2006/main">
                        <a:graphicData uri="http://schemas.microsoft.com/office/word/2010/wordprocessingShape">
                          <wps:wsp>
                            <wps:cNvSpPr/>
                            <wps:spPr>
                              <a:xfrm>
                                <a:off x="0" y="0"/>
                                <a:ext cx="1809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B2B2F" id="Dikdörtgen 1999734972" o:spid="_x0000_s1026" style="position:absolute;margin-left:114.25pt;margin-top:1.2pt;width:14.25pt;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" fillcolor="window" strokecolor="windowText" strokeweight="1pt"/>
                  </w:pict>
                </mc:Fallback>
              </mc:AlternateContent>
            </w:r>
            <w:r w:rsidRPr="00114BF1">
              <w:rPr>
                <w:rFonts w:eastAsia="Times New Roman" w:cstheme="minorHAnsi"/>
                <w:color w:val="000000"/>
                <w:lang w:eastAsia="tr-TR"/>
              </w:rPr>
              <w:t xml:space="preserve">     Açık rıza veriyorum.                                Açık rıza vermiyorum.</w:t>
            </w:r>
          </w:p>
          <w:p w:rsidR="00A469AE" w:rsidRPr="00114BF1" w:rsidRDefault="00A469AE" w:rsidP="00AF7BB0">
            <w:pPr>
              <w:spacing w:line="276" w:lineRule="auto"/>
              <w:ind w:left="172" w:hanging="172"/>
              <w:jc w:val="both"/>
              <w:rPr>
                <w:rFonts w:eastAsia="Arial" w:cstheme="minorHAnsi"/>
                <w:lang w:val="tr-TR"/>
              </w:rPr>
            </w:pPr>
            <w:r w:rsidRPr="00114BF1">
              <w:rPr>
                <w:rFonts w:cstheme="minorHAnsi"/>
                <w:noProof/>
                <w:lang w:val="tr-TR" w:eastAsia="tr-TR"/>
              </w:rPr>
              <mc:AlternateContent>
                <mc:Choice Requires="wps">
                  <w:drawing>
                    <wp:anchor distT="0" distB="0" distL="114300" distR="114300" simplePos="0" relativeHeight="251647488" behindDoc="0" locked="0" layoutInCell="1" allowOverlap="1" wp14:anchorId="6F9581B2" wp14:editId="559D8897">
                      <wp:simplePos x="0" y="0"/>
                      <wp:positionH relativeFrom="column">
                        <wp:posOffset>-41275</wp:posOffset>
                      </wp:positionH>
                      <wp:positionV relativeFrom="paragraph">
                        <wp:posOffset>195580</wp:posOffset>
                      </wp:positionV>
                      <wp:extent cx="180975" cy="123825"/>
                      <wp:effectExtent l="0" t="0" r="28575" b="28575"/>
                      <wp:wrapNone/>
                      <wp:docPr id="4" name="Dikdörtgen 4"/>
                      <wp:cNvGraphicFramePr/>
                      <a:graphic xmlns:a="http://schemas.openxmlformats.org/drawingml/2006/main">
                        <a:graphicData uri="http://schemas.microsoft.com/office/word/2010/wordprocessingShape">
                          <wps:wsp>
                            <wps:cNvSpPr/>
                            <wps:spPr>
                              <a:xfrm>
                                <a:off x="0" y="0"/>
                                <a:ext cx="1809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F9072" id="Dikdörtgen 4" o:spid="_x0000_s1026" style="position:absolute;margin-left:-3.25pt;margin-top:15.4pt;width:14.25pt;height:9.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" fillcolor="window" strokecolor="windowText" strokeweight="1pt"/>
                  </w:pict>
                </mc:Fallback>
              </mc:AlternateContent>
            </w:r>
          </w:p>
          <w:p w:rsidR="00A469AE" w:rsidRPr="00114BF1" w:rsidRDefault="00802633" w:rsidP="00AF7BB0">
            <w:pPr>
              <w:spacing w:line="276" w:lineRule="auto"/>
              <w:ind w:hanging="673"/>
              <w:jc w:val="both"/>
              <w:rPr>
                <w:rFonts w:cstheme="minorHAnsi"/>
                <w:lang w:val="tr-TR" w:eastAsia="tr-TR"/>
              </w:rPr>
            </w:pPr>
            <w:r>
              <w:rPr>
                <w:rFonts w:cstheme="minorHAnsi"/>
                <w:lang w:val="tr-TR" w:eastAsia="tr-TR"/>
              </w:rPr>
              <w:t xml:space="preserve">                    Fotoğraf - Video</w:t>
            </w:r>
            <w:r w:rsidR="00A469AE" w:rsidRPr="00114BF1">
              <w:rPr>
                <w:rFonts w:cstheme="minorHAnsi"/>
                <w:lang w:val="tr-TR" w:eastAsia="tr-TR"/>
              </w:rPr>
              <w:t xml:space="preserve"> yarışması hakkında bilgi verilmesi amacıyla telefon, elektronik posta, kısa mesaj (SMS) hizmeti gibi vasıtalar kullanılarak tanıtım ve pazarlama içerikli ticari elektronik ileti gönderilmesi,</w:t>
            </w:r>
          </w:p>
          <w:p w:rsidR="00A469AE" w:rsidRPr="00114BF1" w:rsidRDefault="00A469AE" w:rsidP="00AF7BB0">
            <w:pPr>
              <w:shd w:val="clear" w:color="auto" w:fill="FFFFFF"/>
              <w:spacing w:line="276" w:lineRule="auto"/>
              <w:jc w:val="both"/>
              <w:rPr>
                <w:rFonts w:cstheme="minorHAnsi"/>
                <w:lang w:val="tr-TR" w:eastAsia="tr-TR"/>
              </w:rPr>
            </w:pPr>
          </w:p>
          <w:p w:rsidR="00A469AE" w:rsidRPr="00114BF1" w:rsidRDefault="00A469AE" w:rsidP="00AF7BB0">
            <w:pPr>
              <w:pStyle w:val="Default"/>
              <w:spacing w:line="276" w:lineRule="auto"/>
              <w:jc w:val="both"/>
              <w:rPr>
                <w:rFonts w:asciiTheme="minorHAnsi" w:hAnsiTheme="minorHAnsi" w:cstheme="minorHAnsi"/>
                <w:i/>
                <w:iCs/>
              </w:rPr>
            </w:pPr>
            <w:r w:rsidRPr="00114BF1">
              <w:rPr>
                <w:rFonts w:asciiTheme="minorHAnsi" w:hAnsiTheme="minorHAnsi" w:cstheme="minorHAnsi"/>
                <w:i/>
                <w:iCs/>
              </w:rPr>
              <w:t xml:space="preserve">Bu kapsamda yukarıda belirtilen ve işaretlediğim amaçlarla tarafıma ticari elektronik ileti gönderilmesi amacıyla kişisel verilerimin işlenmesine ve aşağıda tercih ettiğim kanallarla tarafıma ticari elektronik ileti gönderilmesine açık rıza veriyorum. </w:t>
            </w:r>
          </w:p>
          <w:p w:rsidR="00A469AE" w:rsidRPr="00114BF1" w:rsidRDefault="00A469AE" w:rsidP="00AF7BB0">
            <w:pPr>
              <w:shd w:val="clear" w:color="auto" w:fill="FFFFFF"/>
              <w:spacing w:line="276" w:lineRule="auto"/>
              <w:jc w:val="both"/>
              <w:rPr>
                <w:rFonts w:cstheme="minorHAnsi"/>
                <w:lang w:val="tr-TR" w:eastAsia="tr-TR"/>
              </w:rPr>
            </w:pPr>
          </w:p>
          <w:p w:rsidR="00A469AE" w:rsidRPr="00114BF1" w:rsidRDefault="00A469AE" w:rsidP="00AF7BB0">
            <w:pPr>
              <w:pStyle w:val="Default"/>
              <w:spacing w:line="276" w:lineRule="auto"/>
              <w:jc w:val="both"/>
              <w:rPr>
                <w:rFonts w:asciiTheme="minorHAnsi" w:hAnsiTheme="minorHAnsi" w:cstheme="minorHAnsi"/>
                <w:color w:val="auto"/>
              </w:rPr>
            </w:pPr>
            <w:r w:rsidRPr="00114BF1">
              <w:rPr>
                <w:rFonts w:asciiTheme="minorHAnsi" w:hAnsiTheme="minorHAnsi" w:cstheme="minorHAnsi"/>
                <w:noProof/>
                <w:lang w:eastAsia="tr-TR"/>
              </w:rPr>
              <mc:AlternateContent>
                <mc:Choice Requires="wps">
                  <w:drawing>
                    <wp:anchor distT="0" distB="0" distL="114300" distR="114300" simplePos="0" relativeHeight="251648512" behindDoc="0" locked="0" layoutInCell="1" allowOverlap="1" wp14:anchorId="631E506C" wp14:editId="1D001D32">
                      <wp:simplePos x="0" y="0"/>
                      <wp:positionH relativeFrom="column">
                        <wp:posOffset>1171748</wp:posOffset>
                      </wp:positionH>
                      <wp:positionV relativeFrom="paragraph">
                        <wp:posOffset>34752</wp:posOffset>
                      </wp:positionV>
                      <wp:extent cx="175847" cy="128953"/>
                      <wp:effectExtent l="0" t="0" r="15240" b="23495"/>
                      <wp:wrapNone/>
                      <wp:docPr id="5" name="Dikdörtgen 5"/>
                      <wp:cNvGraphicFramePr/>
                      <a:graphic xmlns:a="http://schemas.openxmlformats.org/drawingml/2006/main">
                        <a:graphicData uri="http://schemas.microsoft.com/office/word/2010/wordprocessingShape">
                          <wps:wsp>
                            <wps:cNvSpPr/>
                            <wps:spPr>
                              <a:xfrm>
                                <a:off x="0" y="0"/>
                                <a:ext cx="175847" cy="12895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71AFB" id="Dikdörtgen 5" o:spid="_x0000_s1026" style="position:absolute;margin-left:92.25pt;margin-top:2.75pt;width:13.85pt;height:1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" fillcolor="window" strokecolor="windowText" strokeweight="1pt"/>
                  </w:pict>
                </mc:Fallback>
              </mc:AlternateContent>
            </w:r>
            <w:r w:rsidRPr="00114BF1">
              <w:rPr>
                <w:rFonts w:asciiTheme="minorHAnsi" w:hAnsiTheme="minorHAnsi" w:cstheme="minorHAnsi"/>
                <w:color w:val="auto"/>
              </w:rPr>
              <w:t xml:space="preserve">SMS/Kısa Mesaj </w:t>
            </w:r>
          </w:p>
          <w:p w:rsidR="00A469AE" w:rsidRPr="00114BF1" w:rsidRDefault="00A469AE" w:rsidP="00AF7BB0">
            <w:pPr>
              <w:pStyle w:val="Default"/>
              <w:spacing w:line="276" w:lineRule="auto"/>
              <w:jc w:val="both"/>
              <w:rPr>
                <w:rFonts w:asciiTheme="minorHAnsi" w:hAnsiTheme="minorHAnsi" w:cstheme="minorHAnsi"/>
                <w:color w:val="auto"/>
              </w:rPr>
            </w:pPr>
          </w:p>
          <w:p w:rsidR="00A469AE" w:rsidRPr="00114BF1" w:rsidRDefault="00A469AE" w:rsidP="00AF7BB0">
            <w:pPr>
              <w:pStyle w:val="Default"/>
              <w:spacing w:line="276" w:lineRule="auto"/>
              <w:rPr>
                <w:rFonts w:asciiTheme="minorHAnsi" w:hAnsiTheme="minorHAnsi" w:cstheme="minorHAnsi"/>
                <w:color w:val="auto"/>
              </w:rPr>
            </w:pPr>
            <w:r w:rsidRPr="00114BF1">
              <w:rPr>
                <w:rFonts w:asciiTheme="minorHAnsi" w:hAnsiTheme="minorHAnsi" w:cstheme="minorHAnsi"/>
                <w:noProof/>
                <w:lang w:eastAsia="tr-TR"/>
              </w:rPr>
              <mc:AlternateContent>
                <mc:Choice Requires="wps">
                  <w:drawing>
                    <wp:anchor distT="0" distB="0" distL="114300" distR="114300" simplePos="0" relativeHeight="251649536" behindDoc="0" locked="0" layoutInCell="1" allowOverlap="1" wp14:anchorId="286CD877" wp14:editId="72B903C7">
                      <wp:simplePos x="0" y="0"/>
                      <wp:positionH relativeFrom="column">
                        <wp:posOffset>1180869</wp:posOffset>
                      </wp:positionH>
                      <wp:positionV relativeFrom="paragraph">
                        <wp:posOffset>14316</wp:posOffset>
                      </wp:positionV>
                      <wp:extent cx="175847" cy="128953"/>
                      <wp:effectExtent l="0" t="0" r="15240" b="23495"/>
                      <wp:wrapNone/>
                      <wp:docPr id="6" name="Dikdörtgen 6"/>
                      <wp:cNvGraphicFramePr/>
                      <a:graphic xmlns:a="http://schemas.openxmlformats.org/drawingml/2006/main">
                        <a:graphicData uri="http://schemas.microsoft.com/office/word/2010/wordprocessingShape">
                          <wps:wsp>
                            <wps:cNvSpPr/>
                            <wps:spPr>
                              <a:xfrm>
                                <a:off x="0" y="0"/>
                                <a:ext cx="175847" cy="12895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1DF02" id="Dikdörtgen 6" o:spid="_x0000_s1026" style="position:absolute;margin-left:93pt;margin-top:1.15pt;width:13.85pt;height:10.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" fillcolor="window" strokecolor="windowText" strokeweight="1pt"/>
                  </w:pict>
                </mc:Fallback>
              </mc:AlternateContent>
            </w:r>
            <w:r w:rsidRPr="00114BF1">
              <w:rPr>
                <w:rFonts w:asciiTheme="minorHAnsi" w:hAnsiTheme="minorHAnsi" w:cstheme="minorHAnsi"/>
                <w:color w:val="auto"/>
              </w:rPr>
              <w:t xml:space="preserve">Telefon </w:t>
            </w:r>
          </w:p>
          <w:p w:rsidR="00A469AE" w:rsidRPr="00114BF1" w:rsidRDefault="00A469AE" w:rsidP="00AF7BB0">
            <w:pPr>
              <w:pStyle w:val="Default"/>
              <w:spacing w:line="276" w:lineRule="auto"/>
              <w:rPr>
                <w:rFonts w:asciiTheme="minorHAnsi" w:hAnsiTheme="minorHAnsi" w:cstheme="minorHAnsi"/>
                <w:color w:val="auto"/>
              </w:rPr>
            </w:pPr>
          </w:p>
          <w:p w:rsidR="00A469AE" w:rsidRPr="00114BF1" w:rsidRDefault="00A469AE" w:rsidP="00AF7BB0">
            <w:pPr>
              <w:shd w:val="clear" w:color="auto" w:fill="FFFFFF"/>
              <w:spacing w:line="276" w:lineRule="auto"/>
              <w:ind w:firstLine="34"/>
              <w:jc w:val="both"/>
              <w:rPr>
                <w:rFonts w:cstheme="minorHAnsi"/>
                <w:lang w:val="tr-TR"/>
              </w:rPr>
            </w:pPr>
            <w:r w:rsidRPr="00114BF1">
              <w:rPr>
                <w:rFonts w:cstheme="minorHAnsi"/>
                <w:noProof/>
                <w:lang w:val="tr-TR" w:eastAsia="tr-TR"/>
              </w:rPr>
              <w:lastRenderedPageBreak/>
              <mc:AlternateContent>
                <mc:Choice Requires="wps">
                  <w:drawing>
                    <wp:anchor distT="0" distB="0" distL="114300" distR="114300" simplePos="0" relativeHeight="251650560" behindDoc="0" locked="0" layoutInCell="1" allowOverlap="1" wp14:anchorId="3ED2CC20" wp14:editId="37EDB194">
                      <wp:simplePos x="0" y="0"/>
                      <wp:positionH relativeFrom="column">
                        <wp:posOffset>1174577</wp:posOffset>
                      </wp:positionH>
                      <wp:positionV relativeFrom="paragraph">
                        <wp:posOffset>21243</wp:posOffset>
                      </wp:positionV>
                      <wp:extent cx="175847" cy="128953"/>
                      <wp:effectExtent l="0" t="0" r="15240" b="23495"/>
                      <wp:wrapNone/>
                      <wp:docPr id="7" name="Dikdörtgen 7"/>
                      <wp:cNvGraphicFramePr/>
                      <a:graphic xmlns:a="http://schemas.openxmlformats.org/drawingml/2006/main">
                        <a:graphicData uri="http://schemas.microsoft.com/office/word/2010/wordprocessingShape">
                          <wps:wsp>
                            <wps:cNvSpPr/>
                            <wps:spPr>
                              <a:xfrm>
                                <a:off x="0" y="0"/>
                                <a:ext cx="175847" cy="12895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1C7EC" id="Dikdörtgen 7" o:spid="_x0000_s1026" style="position:absolute;margin-left:92.5pt;margin-top:1.65pt;width:13.85pt;height:10.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" fillcolor="window" strokecolor="windowText" strokeweight="1pt"/>
                  </w:pict>
                </mc:Fallback>
              </mc:AlternateContent>
            </w:r>
            <w:r w:rsidRPr="00114BF1">
              <w:rPr>
                <w:rFonts w:cstheme="minorHAnsi"/>
                <w:lang w:val="tr-TR"/>
              </w:rPr>
              <w:t xml:space="preserve">E-posta </w:t>
            </w:r>
          </w:p>
        </w:tc>
      </w:tr>
    </w:tbl>
    <w:tbl>
      <w:tblPr>
        <w:tblW w:w="10632" w:type="dxa"/>
        <w:tblInd w:w="-567" w:type="dxa"/>
        <w:tblLayout w:type="fixed"/>
        <w:tblLook w:val="04A0" w:firstRow="1" w:lastRow="0" w:firstColumn="1" w:lastColumn="0" w:noHBand="0" w:noVBand="1"/>
      </w:tblPr>
      <w:tblGrid>
        <w:gridCol w:w="2158"/>
        <w:gridCol w:w="8474"/>
      </w:tblGrid>
      <w:tr w:rsidR="00A469AE" w:rsidRPr="00114BF1" w:rsidTr="00AF7BB0">
        <w:trPr>
          <w:trHeight w:val="473"/>
        </w:trPr>
        <w:tc>
          <w:tcPr>
            <w:tcW w:w="10632" w:type="dxa"/>
            <w:gridSpan w:val="2"/>
            <w:tcBorders>
              <w:bottom w:val="single" w:sz="4" w:space="0" w:color="auto"/>
            </w:tcBorders>
          </w:tcPr>
          <w:p w:rsidR="00A469AE" w:rsidRPr="00114BF1" w:rsidRDefault="00A469AE" w:rsidP="00AF7BB0">
            <w:pPr>
              <w:ind w:left="-102" w:right="-20"/>
              <w:jc w:val="both"/>
              <w:rPr>
                <w:rFonts w:eastAsia="Arial" w:cstheme="minorHAnsi"/>
                <w:b/>
                <w:bCs/>
              </w:rPr>
            </w:pPr>
            <w:bookmarkStart w:id="1" w:name="_Hlk213951120"/>
            <w:r w:rsidRPr="00114BF1">
              <w:rPr>
                <w:rFonts w:eastAsia="Arial" w:cstheme="minorHAnsi"/>
                <w:b/>
                <w:bCs/>
              </w:rPr>
              <w:lastRenderedPageBreak/>
              <w:t xml:space="preserve">İlgili Kişi </w:t>
            </w:r>
          </w:p>
        </w:tc>
      </w:tr>
      <w:tr w:rsidR="00A469AE" w:rsidRPr="00114BF1" w:rsidTr="00AF7BB0">
        <w:trPr>
          <w:trHeight w:val="503"/>
        </w:trPr>
        <w:tc>
          <w:tcPr>
            <w:tcW w:w="2158" w:type="dxa"/>
            <w:tcBorders>
              <w:top w:val="single" w:sz="4" w:space="0" w:color="auto"/>
            </w:tcBorders>
          </w:tcPr>
          <w:p w:rsidR="00A469AE" w:rsidRPr="00114BF1" w:rsidRDefault="00A469AE" w:rsidP="00AF7BB0">
            <w:pPr>
              <w:ind w:left="-102" w:right="-20"/>
              <w:jc w:val="both"/>
              <w:rPr>
                <w:rFonts w:eastAsia="Arial" w:cstheme="minorHAnsi"/>
                <w:b/>
                <w:bCs/>
              </w:rPr>
            </w:pPr>
            <w:r w:rsidRPr="00114BF1">
              <w:rPr>
                <w:rFonts w:eastAsia="Arial" w:cstheme="minorHAnsi"/>
              </w:rPr>
              <w:t>A</w:t>
            </w:r>
            <w:r w:rsidRPr="00114BF1">
              <w:rPr>
                <w:rFonts w:eastAsia="Arial" w:cstheme="minorHAnsi"/>
                <w:spacing w:val="1"/>
              </w:rPr>
              <w:t>d</w:t>
            </w:r>
            <w:r w:rsidRPr="00114BF1">
              <w:rPr>
                <w:rFonts w:eastAsia="Arial" w:cstheme="minorHAnsi"/>
              </w:rPr>
              <w:t>ı</w:t>
            </w:r>
            <w:r w:rsidRPr="00114BF1">
              <w:rPr>
                <w:rFonts w:eastAsia="Arial" w:cstheme="minorHAnsi"/>
                <w:spacing w:val="-2"/>
              </w:rPr>
              <w:t xml:space="preserve"> </w:t>
            </w:r>
            <w:r w:rsidRPr="00114BF1">
              <w:rPr>
                <w:rFonts w:eastAsia="Arial" w:cstheme="minorHAnsi"/>
              </w:rPr>
              <w:t>S</w:t>
            </w:r>
            <w:r w:rsidRPr="00114BF1">
              <w:rPr>
                <w:rFonts w:eastAsia="Arial" w:cstheme="minorHAnsi"/>
                <w:spacing w:val="1"/>
              </w:rPr>
              <w:t>o</w:t>
            </w:r>
            <w:r w:rsidRPr="00114BF1">
              <w:rPr>
                <w:rFonts w:eastAsia="Arial" w:cstheme="minorHAnsi"/>
                <w:spacing w:val="-1"/>
              </w:rPr>
              <w:t>y</w:t>
            </w:r>
            <w:r w:rsidRPr="00114BF1">
              <w:rPr>
                <w:rFonts w:eastAsia="Arial" w:cstheme="minorHAnsi"/>
                <w:spacing w:val="1"/>
              </w:rPr>
              <w:t>ad</w:t>
            </w:r>
            <w:r w:rsidRPr="00114BF1">
              <w:rPr>
                <w:rFonts w:eastAsia="Arial" w:cstheme="minorHAnsi"/>
              </w:rPr>
              <w:t>ı</w:t>
            </w:r>
          </w:p>
        </w:tc>
        <w:tc>
          <w:tcPr>
            <w:tcW w:w="8474" w:type="dxa"/>
            <w:tcBorders>
              <w:top w:val="single" w:sz="4" w:space="0" w:color="auto"/>
            </w:tcBorders>
          </w:tcPr>
          <w:p w:rsidR="00A469AE" w:rsidRPr="00114BF1" w:rsidRDefault="00A469AE" w:rsidP="00AF7BB0">
            <w:pPr>
              <w:ind w:left="-102" w:right="-20"/>
              <w:jc w:val="both"/>
              <w:rPr>
                <w:rFonts w:eastAsia="Arial" w:cstheme="minorHAnsi"/>
                <w:b/>
                <w:bCs/>
              </w:rPr>
            </w:pPr>
            <w:r w:rsidRPr="00114BF1">
              <w:rPr>
                <w:rFonts w:eastAsia="Arial" w:cstheme="minorHAnsi"/>
                <w:b/>
                <w:bCs/>
              </w:rPr>
              <w:t>:</w:t>
            </w:r>
          </w:p>
        </w:tc>
      </w:tr>
      <w:tr w:rsidR="00A469AE" w:rsidRPr="00114BF1" w:rsidTr="00AF7BB0">
        <w:trPr>
          <w:trHeight w:val="503"/>
        </w:trPr>
        <w:tc>
          <w:tcPr>
            <w:tcW w:w="2158" w:type="dxa"/>
          </w:tcPr>
          <w:p w:rsidR="00A469AE" w:rsidRPr="00114BF1" w:rsidRDefault="00A469AE" w:rsidP="00AF7BB0">
            <w:pPr>
              <w:ind w:left="-102" w:right="-20"/>
              <w:jc w:val="both"/>
              <w:rPr>
                <w:rFonts w:eastAsia="Arial" w:cstheme="minorHAnsi"/>
              </w:rPr>
            </w:pPr>
            <w:r w:rsidRPr="00114BF1">
              <w:rPr>
                <w:rFonts w:eastAsia="Arial" w:cstheme="minorHAnsi"/>
              </w:rPr>
              <w:t>Tarih</w:t>
            </w:r>
          </w:p>
        </w:tc>
        <w:tc>
          <w:tcPr>
            <w:tcW w:w="8474" w:type="dxa"/>
          </w:tcPr>
          <w:p w:rsidR="00A469AE" w:rsidRPr="00114BF1" w:rsidRDefault="00A469AE" w:rsidP="00AF7BB0">
            <w:pPr>
              <w:ind w:left="-102" w:right="-20"/>
              <w:jc w:val="both"/>
              <w:rPr>
                <w:rFonts w:eastAsia="Arial" w:cstheme="minorHAnsi"/>
                <w:b/>
                <w:bCs/>
              </w:rPr>
            </w:pPr>
            <w:r w:rsidRPr="00114BF1">
              <w:rPr>
                <w:rFonts w:eastAsia="Arial" w:cstheme="minorHAnsi"/>
                <w:b/>
                <w:bCs/>
              </w:rPr>
              <w:t>:</w:t>
            </w:r>
          </w:p>
        </w:tc>
      </w:tr>
      <w:tr w:rsidR="00A469AE" w:rsidRPr="00114BF1" w:rsidTr="00AF7BB0">
        <w:trPr>
          <w:trHeight w:val="536"/>
        </w:trPr>
        <w:tc>
          <w:tcPr>
            <w:tcW w:w="2158" w:type="dxa"/>
          </w:tcPr>
          <w:p w:rsidR="00A469AE" w:rsidRPr="00114BF1" w:rsidRDefault="00A469AE" w:rsidP="00AF7BB0">
            <w:pPr>
              <w:ind w:left="-102" w:right="-20"/>
              <w:jc w:val="both"/>
              <w:rPr>
                <w:rFonts w:eastAsia="Arial" w:cstheme="minorHAnsi"/>
              </w:rPr>
            </w:pPr>
            <w:r w:rsidRPr="00114BF1">
              <w:rPr>
                <w:rFonts w:eastAsia="Arial" w:cstheme="minorHAnsi"/>
              </w:rPr>
              <w:t>İmza</w:t>
            </w:r>
          </w:p>
        </w:tc>
        <w:tc>
          <w:tcPr>
            <w:tcW w:w="8474" w:type="dxa"/>
          </w:tcPr>
          <w:p w:rsidR="00A469AE" w:rsidRPr="00114BF1" w:rsidRDefault="00A469AE" w:rsidP="00AF7BB0">
            <w:pPr>
              <w:ind w:left="-102" w:right="-20"/>
              <w:jc w:val="both"/>
              <w:rPr>
                <w:rFonts w:eastAsia="Arial" w:cstheme="minorHAnsi"/>
                <w:b/>
                <w:bCs/>
              </w:rPr>
            </w:pPr>
            <w:r w:rsidRPr="00114BF1">
              <w:rPr>
                <w:rFonts w:eastAsia="Arial" w:cstheme="minorHAnsi"/>
                <w:b/>
                <w:bCs/>
              </w:rPr>
              <w:t>:</w:t>
            </w:r>
          </w:p>
        </w:tc>
      </w:tr>
    </w:tbl>
    <w:p w:rsidR="00A469AE" w:rsidRPr="00114BF1" w:rsidRDefault="00A469AE" w:rsidP="00A469AE">
      <w:pPr>
        <w:spacing w:after="120"/>
        <w:jc w:val="both"/>
        <w:rPr>
          <w:rFonts w:cstheme="minorHAnsi"/>
          <w:shd w:val="clear" w:color="auto" w:fill="FFFFFF"/>
        </w:rPr>
      </w:pPr>
    </w:p>
    <w:tbl>
      <w:tblPr>
        <w:tblW w:w="10632" w:type="dxa"/>
        <w:tblInd w:w="-567" w:type="dxa"/>
        <w:tblLayout w:type="fixed"/>
        <w:tblLook w:val="04A0" w:firstRow="1" w:lastRow="0" w:firstColumn="1" w:lastColumn="0" w:noHBand="0" w:noVBand="1"/>
      </w:tblPr>
      <w:tblGrid>
        <w:gridCol w:w="2158"/>
        <w:gridCol w:w="8474"/>
      </w:tblGrid>
      <w:tr w:rsidR="00A469AE" w:rsidRPr="00114BF1" w:rsidTr="00AF7BB0">
        <w:trPr>
          <w:trHeight w:val="473"/>
        </w:trPr>
        <w:tc>
          <w:tcPr>
            <w:tcW w:w="10632" w:type="dxa"/>
            <w:gridSpan w:val="2"/>
            <w:tcBorders>
              <w:bottom w:val="single" w:sz="4" w:space="0" w:color="auto"/>
            </w:tcBorders>
          </w:tcPr>
          <w:p w:rsidR="00A469AE" w:rsidRPr="00114BF1" w:rsidRDefault="00A469AE" w:rsidP="00AF7BB0">
            <w:pPr>
              <w:ind w:left="-102" w:right="-20"/>
              <w:jc w:val="both"/>
              <w:rPr>
                <w:rFonts w:eastAsia="Arial" w:cstheme="minorHAnsi"/>
                <w:b/>
                <w:bCs/>
              </w:rPr>
            </w:pPr>
            <w:r w:rsidRPr="00114BF1">
              <w:rPr>
                <w:rFonts w:eastAsia="Arial" w:cstheme="minorHAnsi"/>
                <w:b/>
                <w:bCs/>
              </w:rPr>
              <w:t>İlgili Kişi *</w:t>
            </w:r>
            <w:r w:rsidRPr="00114BF1">
              <w:rPr>
                <w:rFonts w:cstheme="minorHAnsi"/>
                <w:shd w:val="clear" w:color="auto" w:fill="FFFFFF"/>
              </w:rPr>
              <w:t>Katılımcı (Öğrenci) 18 yaşını doldurmamış ise </w:t>
            </w:r>
            <w:r w:rsidRPr="00114BF1">
              <w:rPr>
                <w:rStyle w:val="Vurgu"/>
                <w:rFonts w:cstheme="minorHAnsi"/>
                <w:bdr w:val="none" w:sz="0" w:space="0" w:color="auto" w:frame="1"/>
                <w:shd w:val="clear" w:color="auto" w:fill="FFFFFF"/>
              </w:rPr>
              <w:t>(Her iki ebeveynden -anne ve baba- imza alınır. Ancak boşanmış aile ise imza velayet sahibi ebeveynden alınır)</w:t>
            </w:r>
          </w:p>
        </w:tc>
      </w:tr>
      <w:tr w:rsidR="00A469AE" w:rsidRPr="00114BF1" w:rsidTr="00AF7BB0">
        <w:trPr>
          <w:trHeight w:val="503"/>
        </w:trPr>
        <w:tc>
          <w:tcPr>
            <w:tcW w:w="2158" w:type="dxa"/>
            <w:tcBorders>
              <w:top w:val="single" w:sz="4" w:space="0" w:color="auto"/>
            </w:tcBorders>
          </w:tcPr>
          <w:p w:rsidR="00A469AE" w:rsidRPr="00114BF1" w:rsidRDefault="00A469AE" w:rsidP="00AF7BB0">
            <w:pPr>
              <w:ind w:left="-102" w:right="-20"/>
              <w:jc w:val="both"/>
              <w:rPr>
                <w:rFonts w:eastAsia="Arial" w:cstheme="minorHAnsi"/>
                <w:b/>
                <w:bCs/>
              </w:rPr>
            </w:pPr>
            <w:r w:rsidRPr="00114BF1">
              <w:rPr>
                <w:rFonts w:eastAsia="Arial" w:cstheme="minorHAnsi"/>
              </w:rPr>
              <w:t>A</w:t>
            </w:r>
            <w:r w:rsidRPr="00114BF1">
              <w:rPr>
                <w:rFonts w:eastAsia="Arial" w:cstheme="minorHAnsi"/>
                <w:spacing w:val="1"/>
              </w:rPr>
              <w:t>d</w:t>
            </w:r>
            <w:r w:rsidRPr="00114BF1">
              <w:rPr>
                <w:rFonts w:eastAsia="Arial" w:cstheme="minorHAnsi"/>
              </w:rPr>
              <w:t>ı</w:t>
            </w:r>
            <w:r w:rsidRPr="00114BF1">
              <w:rPr>
                <w:rFonts w:eastAsia="Arial" w:cstheme="minorHAnsi"/>
                <w:spacing w:val="-2"/>
              </w:rPr>
              <w:t xml:space="preserve"> </w:t>
            </w:r>
            <w:r w:rsidRPr="00114BF1">
              <w:rPr>
                <w:rFonts w:eastAsia="Arial" w:cstheme="minorHAnsi"/>
              </w:rPr>
              <w:t>S</w:t>
            </w:r>
            <w:r w:rsidRPr="00114BF1">
              <w:rPr>
                <w:rFonts w:eastAsia="Arial" w:cstheme="minorHAnsi"/>
                <w:spacing w:val="1"/>
              </w:rPr>
              <w:t>o</w:t>
            </w:r>
            <w:r w:rsidRPr="00114BF1">
              <w:rPr>
                <w:rFonts w:eastAsia="Arial" w:cstheme="minorHAnsi"/>
                <w:spacing w:val="-1"/>
              </w:rPr>
              <w:t>y</w:t>
            </w:r>
            <w:r w:rsidRPr="00114BF1">
              <w:rPr>
                <w:rFonts w:eastAsia="Arial" w:cstheme="minorHAnsi"/>
                <w:spacing w:val="1"/>
              </w:rPr>
              <w:t>ad</w:t>
            </w:r>
            <w:r w:rsidRPr="00114BF1">
              <w:rPr>
                <w:rFonts w:eastAsia="Arial" w:cstheme="minorHAnsi"/>
              </w:rPr>
              <w:t>ı</w:t>
            </w:r>
          </w:p>
        </w:tc>
        <w:tc>
          <w:tcPr>
            <w:tcW w:w="8474" w:type="dxa"/>
            <w:tcBorders>
              <w:top w:val="single" w:sz="4" w:space="0" w:color="auto"/>
            </w:tcBorders>
          </w:tcPr>
          <w:p w:rsidR="00A469AE" w:rsidRPr="00114BF1" w:rsidRDefault="00A469AE" w:rsidP="00AF7BB0">
            <w:pPr>
              <w:ind w:left="-102" w:right="-20"/>
              <w:jc w:val="both"/>
              <w:rPr>
                <w:rFonts w:eastAsia="Arial" w:cstheme="minorHAnsi"/>
                <w:b/>
                <w:bCs/>
              </w:rPr>
            </w:pPr>
            <w:r w:rsidRPr="00114BF1">
              <w:rPr>
                <w:rFonts w:eastAsia="Arial" w:cstheme="minorHAnsi"/>
                <w:b/>
                <w:bCs/>
              </w:rPr>
              <w:t>:</w:t>
            </w:r>
          </w:p>
        </w:tc>
      </w:tr>
      <w:tr w:rsidR="00A469AE" w:rsidRPr="00114BF1" w:rsidTr="00AF7BB0">
        <w:trPr>
          <w:trHeight w:val="503"/>
        </w:trPr>
        <w:tc>
          <w:tcPr>
            <w:tcW w:w="2158" w:type="dxa"/>
          </w:tcPr>
          <w:p w:rsidR="00A469AE" w:rsidRPr="00114BF1" w:rsidRDefault="00A469AE" w:rsidP="00AF7BB0">
            <w:pPr>
              <w:ind w:left="-102" w:right="-20"/>
              <w:jc w:val="both"/>
              <w:rPr>
                <w:rFonts w:eastAsia="Arial" w:cstheme="minorHAnsi"/>
              </w:rPr>
            </w:pPr>
            <w:r w:rsidRPr="00114BF1">
              <w:rPr>
                <w:rFonts w:eastAsia="Arial" w:cstheme="minorHAnsi"/>
              </w:rPr>
              <w:t>Tarih</w:t>
            </w:r>
          </w:p>
        </w:tc>
        <w:tc>
          <w:tcPr>
            <w:tcW w:w="8474" w:type="dxa"/>
          </w:tcPr>
          <w:p w:rsidR="00A469AE" w:rsidRPr="00114BF1" w:rsidRDefault="00A469AE" w:rsidP="00AF7BB0">
            <w:pPr>
              <w:ind w:left="-102" w:right="-20"/>
              <w:jc w:val="both"/>
              <w:rPr>
                <w:rFonts w:eastAsia="Arial" w:cstheme="minorHAnsi"/>
                <w:b/>
                <w:bCs/>
              </w:rPr>
            </w:pPr>
            <w:r w:rsidRPr="00114BF1">
              <w:rPr>
                <w:rFonts w:eastAsia="Arial" w:cstheme="minorHAnsi"/>
                <w:b/>
                <w:bCs/>
              </w:rPr>
              <w:t>:</w:t>
            </w:r>
          </w:p>
        </w:tc>
      </w:tr>
      <w:tr w:rsidR="00A469AE" w:rsidRPr="00114BF1" w:rsidTr="00AF7BB0">
        <w:trPr>
          <w:trHeight w:val="536"/>
        </w:trPr>
        <w:tc>
          <w:tcPr>
            <w:tcW w:w="2158" w:type="dxa"/>
          </w:tcPr>
          <w:p w:rsidR="00A469AE" w:rsidRPr="00114BF1" w:rsidRDefault="00A469AE" w:rsidP="00AF7BB0">
            <w:pPr>
              <w:ind w:left="-102" w:right="-20"/>
              <w:jc w:val="both"/>
              <w:rPr>
                <w:rFonts w:eastAsia="Arial" w:cstheme="minorHAnsi"/>
              </w:rPr>
            </w:pPr>
            <w:r w:rsidRPr="00114BF1">
              <w:rPr>
                <w:rFonts w:eastAsia="Arial" w:cstheme="minorHAnsi"/>
              </w:rPr>
              <w:t>İmza</w:t>
            </w:r>
          </w:p>
        </w:tc>
        <w:tc>
          <w:tcPr>
            <w:tcW w:w="8474" w:type="dxa"/>
          </w:tcPr>
          <w:p w:rsidR="00A469AE" w:rsidRPr="00114BF1" w:rsidRDefault="00A469AE" w:rsidP="00AF7BB0">
            <w:pPr>
              <w:ind w:left="-102" w:right="-20"/>
              <w:jc w:val="both"/>
              <w:rPr>
                <w:rFonts w:eastAsia="Arial" w:cstheme="minorHAnsi"/>
                <w:b/>
                <w:bCs/>
              </w:rPr>
            </w:pPr>
            <w:r w:rsidRPr="00114BF1">
              <w:rPr>
                <w:rFonts w:eastAsia="Arial" w:cstheme="minorHAnsi"/>
                <w:b/>
                <w:bCs/>
              </w:rPr>
              <w:t>:</w:t>
            </w:r>
          </w:p>
        </w:tc>
      </w:tr>
      <w:bookmarkEnd w:id="1"/>
    </w:tbl>
    <w:p w:rsidR="00A469AE" w:rsidRPr="00114BF1" w:rsidRDefault="00A469AE" w:rsidP="00A469AE">
      <w:pPr>
        <w:spacing w:after="120"/>
        <w:jc w:val="both"/>
        <w:rPr>
          <w:rFonts w:cstheme="minorHAnsi"/>
          <w:lang w:val="tr-TR"/>
        </w:rPr>
      </w:pPr>
    </w:p>
    <w:p w:rsidR="00A469AE" w:rsidRPr="00A469AE" w:rsidRDefault="00A469AE" w:rsidP="00A469AE"/>
    <w:sectPr w:rsidR="00A469AE" w:rsidRPr="00A469AE" w:rsidSect="00034616">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B7D" w:rsidRDefault="00A06B7D" w:rsidP="00B358F4">
      <w:pPr>
        <w:spacing w:after="0" w:line="240" w:lineRule="auto"/>
      </w:pPr>
      <w:r>
        <w:separator/>
      </w:r>
    </w:p>
  </w:endnote>
  <w:endnote w:type="continuationSeparator" w:id="0">
    <w:p w:rsidR="00A06B7D" w:rsidRDefault="00A06B7D" w:rsidP="00B3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B7D" w:rsidRDefault="00A06B7D" w:rsidP="00B358F4">
      <w:pPr>
        <w:spacing w:after="0" w:line="240" w:lineRule="auto"/>
      </w:pPr>
      <w:r>
        <w:separator/>
      </w:r>
    </w:p>
  </w:footnote>
  <w:footnote w:type="continuationSeparator" w:id="0">
    <w:p w:rsidR="00A06B7D" w:rsidRDefault="00A06B7D" w:rsidP="00B35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8F4" w:rsidRPr="00BD5B78" w:rsidRDefault="00B358F4" w:rsidP="00B358F4">
    <w:pPr>
      <w:pStyle w:val="stBilgi"/>
      <w:jc w:val="center"/>
    </w:pPr>
    <w:r>
      <w:rPr>
        <w:noProof/>
        <w:lang w:val="tr-TR" w:eastAsia="tr-TR"/>
      </w:rPr>
      <w:drawing>
        <wp:anchor distT="0" distB="0" distL="114300" distR="114300" simplePos="0" relativeHeight="251660288" behindDoc="1" locked="0" layoutInCell="1" allowOverlap="1" wp14:anchorId="20CF12D8" wp14:editId="4312BB1D">
          <wp:simplePos x="0" y="0"/>
          <wp:positionH relativeFrom="column">
            <wp:posOffset>5029200</wp:posOffset>
          </wp:positionH>
          <wp:positionV relativeFrom="paragraph">
            <wp:posOffset>-251460</wp:posOffset>
          </wp:positionV>
          <wp:extent cx="1160145" cy="971550"/>
          <wp:effectExtent l="0" t="0" r="1905" b="0"/>
          <wp:wrapTight wrapText="bothSides">
            <wp:wrapPolygon edited="0">
              <wp:start x="0" y="0"/>
              <wp:lineTo x="0" y="21176"/>
              <wp:lineTo x="21281" y="21176"/>
              <wp:lineTo x="21281"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tmer logo_Çalışma Yüzeyi 1.jpg"/>
                  <pic:cNvPicPr/>
                </pic:nvPicPr>
                <pic:blipFill>
                  <a:blip r:embed="rId1">
                    <a:extLst>
                      <a:ext uri="{28A0092B-C50C-407E-A947-70E740481C1C}">
                        <a14:useLocalDpi xmlns:a14="http://schemas.microsoft.com/office/drawing/2010/main" val="0"/>
                      </a:ext>
                    </a:extLst>
                  </a:blip>
                  <a:stretch>
                    <a:fillRect/>
                  </a:stretch>
                </pic:blipFill>
                <pic:spPr>
                  <a:xfrm>
                    <a:off x="0" y="0"/>
                    <a:ext cx="1160145" cy="971550"/>
                  </a:xfrm>
                  <a:prstGeom prst="rect">
                    <a:avLst/>
                  </a:prstGeom>
                </pic:spPr>
              </pic:pic>
            </a:graphicData>
          </a:graphic>
          <wp14:sizeRelH relativeFrom="page">
            <wp14:pctWidth>0</wp14:pctWidth>
          </wp14:sizeRelH>
          <wp14:sizeRelV relativeFrom="page">
            <wp14:pctHeight>0</wp14:pctHeight>
          </wp14:sizeRelV>
        </wp:anchor>
      </w:drawing>
    </w:r>
    <w:r w:rsidRPr="00BD5B78">
      <w:rPr>
        <w:noProof/>
        <w:lang w:val="tr-TR" w:eastAsia="tr-TR"/>
      </w:rPr>
      <w:drawing>
        <wp:anchor distT="0" distB="0" distL="114300" distR="114300" simplePos="0" relativeHeight="251659264" behindDoc="1" locked="0" layoutInCell="1" allowOverlap="1" wp14:anchorId="40A12EC9" wp14:editId="028CBA67">
          <wp:simplePos x="0" y="0"/>
          <wp:positionH relativeFrom="column">
            <wp:posOffset>-838200</wp:posOffset>
          </wp:positionH>
          <wp:positionV relativeFrom="paragraph">
            <wp:posOffset>-22860</wp:posOffset>
          </wp:positionV>
          <wp:extent cx="1552575" cy="538625"/>
          <wp:effectExtent l="0" t="0" r="0" b="0"/>
          <wp:wrapTight wrapText="bothSides">
            <wp:wrapPolygon edited="0">
              <wp:start x="2650" y="0"/>
              <wp:lineTo x="1325" y="3057"/>
              <wp:lineTo x="0" y="8406"/>
              <wp:lineTo x="265" y="14519"/>
              <wp:lineTo x="2120" y="19868"/>
              <wp:lineTo x="2650" y="20632"/>
              <wp:lineTo x="5036" y="20632"/>
              <wp:lineTo x="21202" y="17575"/>
              <wp:lineTo x="21202" y="9934"/>
              <wp:lineTo x="12191" y="3057"/>
              <wp:lineTo x="5036" y="0"/>
              <wp:lineTo x="265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lisim-universitesi-logo-3-11_7cd30541ed44493fbd5a5e1ad397644f.png"/>
                  <pic:cNvPicPr/>
                </pic:nvPicPr>
                <pic:blipFill>
                  <a:blip r:embed="rId2">
                    <a:extLst>
                      <a:ext uri="{28A0092B-C50C-407E-A947-70E740481C1C}">
                        <a14:useLocalDpi xmlns:a14="http://schemas.microsoft.com/office/drawing/2010/main" val="0"/>
                      </a:ext>
                    </a:extLst>
                  </a:blip>
                  <a:stretch>
                    <a:fillRect/>
                  </a:stretch>
                </pic:blipFill>
                <pic:spPr>
                  <a:xfrm>
                    <a:off x="0" y="0"/>
                    <a:ext cx="1552575" cy="538625"/>
                  </a:xfrm>
                  <a:prstGeom prst="rect">
                    <a:avLst/>
                  </a:prstGeom>
                </pic:spPr>
              </pic:pic>
            </a:graphicData>
          </a:graphic>
          <wp14:sizeRelH relativeFrom="page">
            <wp14:pctWidth>0</wp14:pctWidth>
          </wp14:sizeRelH>
          <wp14:sizeRelV relativeFrom="page">
            <wp14:pctHeight>0</wp14:pctHeight>
          </wp14:sizeRelV>
        </wp:anchor>
      </w:drawing>
    </w:r>
    <w:r w:rsidRPr="00BD5B78">
      <w:t>Tc.</w:t>
    </w:r>
  </w:p>
  <w:p w:rsidR="00B358F4" w:rsidRPr="00BD5B78" w:rsidRDefault="00B358F4" w:rsidP="00B358F4">
    <w:pPr>
      <w:pStyle w:val="stBilgi"/>
      <w:jc w:val="center"/>
    </w:pPr>
    <w:r w:rsidRPr="00BD5B78">
      <w:t>İSTANBUL GELİŞİM ÜNİVERSİTESİ</w:t>
    </w:r>
  </w:p>
  <w:p w:rsidR="00B358F4" w:rsidRDefault="00B358F4" w:rsidP="00B358F4">
    <w:pPr>
      <w:pStyle w:val="stBilgi"/>
      <w:jc w:val="center"/>
    </w:pPr>
    <w:r w:rsidRPr="00BD5B78">
      <w:t>SANAT VE TASARIM UYGULAMA VE ARAŞTUIRMA MERKEZİ</w:t>
    </w:r>
  </w:p>
  <w:p w:rsidR="00B358F4" w:rsidRDefault="00B358F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2AD031BF"/>
    <w:multiLevelType w:val="hybridMultilevel"/>
    <w:tmpl w:val="63DAF782"/>
    <w:lvl w:ilvl="0" w:tplc="041F0001">
      <w:start w:val="1"/>
      <w:numFmt w:val="bullet"/>
      <w:lvlText w:val=""/>
      <w:lvlJc w:val="left"/>
      <w:pPr>
        <w:ind w:left="641" w:hanging="360"/>
      </w:pPr>
      <w:rPr>
        <w:rFonts w:ascii="Symbol" w:hAnsi="Symbol" w:hint="default"/>
      </w:rPr>
    </w:lvl>
    <w:lvl w:ilvl="1" w:tplc="041F0003" w:tentative="1">
      <w:start w:val="1"/>
      <w:numFmt w:val="bullet"/>
      <w:lvlText w:val="o"/>
      <w:lvlJc w:val="left"/>
      <w:pPr>
        <w:ind w:left="1361" w:hanging="360"/>
      </w:pPr>
      <w:rPr>
        <w:rFonts w:ascii="Courier New" w:hAnsi="Courier New" w:cs="Courier New" w:hint="default"/>
      </w:rPr>
    </w:lvl>
    <w:lvl w:ilvl="2" w:tplc="041F0005" w:tentative="1">
      <w:start w:val="1"/>
      <w:numFmt w:val="bullet"/>
      <w:lvlText w:val=""/>
      <w:lvlJc w:val="left"/>
      <w:pPr>
        <w:ind w:left="2081" w:hanging="360"/>
      </w:pPr>
      <w:rPr>
        <w:rFonts w:ascii="Wingdings" w:hAnsi="Wingdings" w:hint="default"/>
      </w:rPr>
    </w:lvl>
    <w:lvl w:ilvl="3" w:tplc="041F0001" w:tentative="1">
      <w:start w:val="1"/>
      <w:numFmt w:val="bullet"/>
      <w:lvlText w:val=""/>
      <w:lvlJc w:val="left"/>
      <w:pPr>
        <w:ind w:left="2801" w:hanging="360"/>
      </w:pPr>
      <w:rPr>
        <w:rFonts w:ascii="Symbol" w:hAnsi="Symbol" w:hint="default"/>
      </w:rPr>
    </w:lvl>
    <w:lvl w:ilvl="4" w:tplc="041F0003" w:tentative="1">
      <w:start w:val="1"/>
      <w:numFmt w:val="bullet"/>
      <w:lvlText w:val="o"/>
      <w:lvlJc w:val="left"/>
      <w:pPr>
        <w:ind w:left="3521" w:hanging="360"/>
      </w:pPr>
      <w:rPr>
        <w:rFonts w:ascii="Courier New" w:hAnsi="Courier New" w:cs="Courier New" w:hint="default"/>
      </w:rPr>
    </w:lvl>
    <w:lvl w:ilvl="5" w:tplc="041F0005" w:tentative="1">
      <w:start w:val="1"/>
      <w:numFmt w:val="bullet"/>
      <w:lvlText w:val=""/>
      <w:lvlJc w:val="left"/>
      <w:pPr>
        <w:ind w:left="4241" w:hanging="360"/>
      </w:pPr>
      <w:rPr>
        <w:rFonts w:ascii="Wingdings" w:hAnsi="Wingdings" w:hint="default"/>
      </w:rPr>
    </w:lvl>
    <w:lvl w:ilvl="6" w:tplc="041F0001" w:tentative="1">
      <w:start w:val="1"/>
      <w:numFmt w:val="bullet"/>
      <w:lvlText w:val=""/>
      <w:lvlJc w:val="left"/>
      <w:pPr>
        <w:ind w:left="4961" w:hanging="360"/>
      </w:pPr>
      <w:rPr>
        <w:rFonts w:ascii="Symbol" w:hAnsi="Symbol" w:hint="default"/>
      </w:rPr>
    </w:lvl>
    <w:lvl w:ilvl="7" w:tplc="041F0003" w:tentative="1">
      <w:start w:val="1"/>
      <w:numFmt w:val="bullet"/>
      <w:lvlText w:val="o"/>
      <w:lvlJc w:val="left"/>
      <w:pPr>
        <w:ind w:left="5681" w:hanging="360"/>
      </w:pPr>
      <w:rPr>
        <w:rFonts w:ascii="Courier New" w:hAnsi="Courier New" w:cs="Courier New" w:hint="default"/>
      </w:rPr>
    </w:lvl>
    <w:lvl w:ilvl="8" w:tplc="041F0005" w:tentative="1">
      <w:start w:val="1"/>
      <w:numFmt w:val="bullet"/>
      <w:lvlText w:val=""/>
      <w:lvlJc w:val="left"/>
      <w:pPr>
        <w:ind w:left="6401"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29639D"/>
    <w:rsid w:val="00326F90"/>
    <w:rsid w:val="007279CA"/>
    <w:rsid w:val="00754F06"/>
    <w:rsid w:val="00784228"/>
    <w:rsid w:val="00802633"/>
    <w:rsid w:val="00845C15"/>
    <w:rsid w:val="0090304A"/>
    <w:rsid w:val="0093167C"/>
    <w:rsid w:val="0096527B"/>
    <w:rsid w:val="00A06B7D"/>
    <w:rsid w:val="00A469AE"/>
    <w:rsid w:val="00AA1D8D"/>
    <w:rsid w:val="00B358F4"/>
    <w:rsid w:val="00B47730"/>
    <w:rsid w:val="00CB0664"/>
    <w:rsid w:val="00CE3C73"/>
    <w:rsid w:val="00DD2A61"/>
    <w:rsid w:val="00F33B5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ED87CE68-5E44-46FC-BC63-E84E50EE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pPr>
      <w:spacing w:after="120"/>
    </w:pPr>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A469AE"/>
    <w:pPr>
      <w:autoSpaceDE w:val="0"/>
      <w:autoSpaceDN w:val="0"/>
      <w:adjustRightInd w:val="0"/>
      <w:spacing w:after="0" w:line="240" w:lineRule="auto"/>
    </w:pPr>
    <w:rPr>
      <w:rFonts w:ascii="Times New Roman" w:eastAsiaTheme="minorHAnsi" w:hAnsi="Times New Roman" w:cs="Times New Roman"/>
      <w:color w:val="000000"/>
      <w:sz w:val="24"/>
      <w:szCs w:val="24"/>
      <w:lang w:val="tr-TR"/>
    </w:rPr>
  </w:style>
  <w:style w:type="character" w:styleId="Kpr">
    <w:name w:val="Hyperlink"/>
    <w:basedOn w:val="VarsaylanParagrafYazTipi"/>
    <w:uiPriority w:val="99"/>
    <w:unhideWhenUsed/>
    <w:rsid w:val="00A469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lisim.edu.t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70A4B-4E7C-4E57-94B1-3CECC2A74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475</Words>
  <Characters>2712</Characters>
  <Application>Microsoft Office Word</Application>
  <DocSecurity>0</DocSecurity>
  <Lines>22</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agurbuz</cp:lastModifiedBy>
  <cp:revision>2</cp:revision>
  <cp:lastPrinted>2026-02-26T06:39:00Z</cp:lastPrinted>
  <dcterms:created xsi:type="dcterms:W3CDTF">2026-02-26T06:40:00Z</dcterms:created>
  <dcterms:modified xsi:type="dcterms:W3CDTF">2026-02-26T06:40:00Z</dcterms:modified>
  <cp:category/>
</cp:coreProperties>
</file>